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F2CF7" w14:textId="22134320" w:rsidR="00992101" w:rsidRPr="001F5A3E" w:rsidRDefault="00000000">
      <w:pPr>
        <w:rPr>
          <w:rFonts w:ascii="Aptos" w:hAnsi="Aptos" w:cstheme="majorHAnsi"/>
          <w:lang w:val="de-DE"/>
        </w:rPr>
      </w:pPr>
      <w:r w:rsidRPr="001F5A3E">
        <w:rPr>
          <w:rFonts w:ascii="Aptos" w:hAnsi="Aptos" w:cstheme="majorHAnsi"/>
          <w:lang w:val="de-DE"/>
        </w:rPr>
        <w:t xml:space="preserve">Anmeldestart: </w:t>
      </w:r>
      <w:r w:rsidR="00711CA7" w:rsidRPr="001F5A3E">
        <w:rPr>
          <w:rFonts w:ascii="Aptos" w:hAnsi="Aptos" w:cstheme="majorHAnsi"/>
          <w:lang w:val="de-DE"/>
        </w:rPr>
        <w:t>10</w:t>
      </w:r>
      <w:r w:rsidRPr="001F5A3E">
        <w:rPr>
          <w:rFonts w:ascii="Aptos" w:hAnsi="Aptos" w:cstheme="majorHAnsi"/>
          <w:lang w:val="de-DE"/>
        </w:rPr>
        <w:t xml:space="preserve">. </w:t>
      </w:r>
      <w:r w:rsidR="00711CA7" w:rsidRPr="001F5A3E">
        <w:rPr>
          <w:rFonts w:ascii="Aptos" w:hAnsi="Aptos" w:cstheme="majorHAnsi"/>
          <w:lang w:val="de-DE"/>
        </w:rPr>
        <w:t>März</w:t>
      </w:r>
      <w:r w:rsidRPr="001F5A3E">
        <w:rPr>
          <w:rFonts w:ascii="Aptos" w:hAnsi="Aptos" w:cstheme="majorHAnsi"/>
          <w:lang w:val="de-DE"/>
        </w:rPr>
        <w:t xml:space="preserve"> 2026  </w:t>
      </w:r>
      <w:r w:rsidRPr="001F5A3E">
        <w:rPr>
          <w:rFonts w:ascii="Aptos" w:hAnsi="Aptos" w:cstheme="majorHAnsi"/>
          <w:lang w:val="de-DE"/>
        </w:rPr>
        <w:br/>
        <w:t xml:space="preserve">Anmeldeschluss: spätestens 1. Juni 2026  </w:t>
      </w:r>
      <w:r w:rsidR="00483F06">
        <w:rPr>
          <w:rFonts w:ascii="Aptos" w:hAnsi="Aptos" w:cstheme="majorHAnsi"/>
          <w:lang w:val="de-DE"/>
        </w:rPr>
        <w:br/>
        <w:t>Anmeldung direkt an deinem Nachwuchsleistungssportmodell</w:t>
      </w:r>
      <w:r w:rsidR="006971F0" w:rsidRPr="001F5A3E">
        <w:rPr>
          <w:rFonts w:ascii="Aptos" w:hAnsi="Aptos" w:cstheme="majorHAnsi"/>
          <w:lang w:val="de-DE"/>
        </w:rPr>
        <w:br/>
      </w:r>
    </w:p>
    <w:p w14:paraId="1B6CBC6D" w14:textId="77777777" w:rsidR="00992101" w:rsidRPr="001F5A3E" w:rsidRDefault="00000000">
      <w:pPr>
        <w:pStyle w:val="berschrift2"/>
        <w:rPr>
          <w:lang w:val="de-DE"/>
        </w:rPr>
      </w:pPr>
      <w:r w:rsidRPr="001F5A3E">
        <w:rPr>
          <w:rFonts w:ascii="Calibri" w:hAnsi="Calibri"/>
          <w:color w:val="1E25C9"/>
          <w:sz w:val="28"/>
          <w:lang w:val="de-DE"/>
        </w:rPr>
        <w:t xml:space="preserve">1. Persönliche Angaben </w:t>
      </w:r>
      <w:r>
        <w:rPr>
          <w:rFonts w:ascii="Calibri" w:hAnsi="Calibri"/>
          <w:color w:val="0066CC"/>
          <w:sz w:val="28"/>
        </w:rPr>
        <w:t>🪽</w:t>
      </w:r>
    </w:p>
    <w:p w14:paraId="35855A05" w14:textId="4E40A5C5" w:rsidR="00992101" w:rsidRPr="001F5A3E" w:rsidRDefault="002D16B1">
      <w:pPr>
        <w:rPr>
          <w:rFonts w:ascii="Aptos" w:hAnsi="Aptos"/>
          <w:lang w:val="de-DE"/>
        </w:rPr>
      </w:pPr>
      <w:r w:rsidRPr="001F5A3E">
        <w:rPr>
          <w:rFonts w:ascii="Aptos" w:hAnsi="Aptos"/>
          <w:lang w:val="de-DE"/>
        </w:rPr>
        <w:br/>
        <w:t xml:space="preserve">Vorname, Nachname: </w:t>
      </w:r>
      <w:r w:rsidR="001F5A3E">
        <w:rPr>
          <w:rFonts w:ascii="Aptos" w:hAnsi="Aptos"/>
        </w:rPr>
        <w:fldChar w:fldCharType="begin">
          <w:ffData>
            <w:name w:val="Text4"/>
            <w:enabled/>
            <w:calcOnExit w:val="0"/>
            <w:textInput/>
          </w:ffData>
        </w:fldChar>
      </w:r>
      <w:bookmarkStart w:id="0" w:name="Text4"/>
      <w:r w:rsidR="001F5A3E" w:rsidRPr="001F5A3E">
        <w:rPr>
          <w:rFonts w:ascii="Aptos" w:hAnsi="Aptos"/>
          <w:lang w:val="de-DE"/>
        </w:rPr>
        <w:instrText xml:space="preserve"> FORMTEXT </w:instrText>
      </w:r>
      <w:r w:rsidR="001F5A3E">
        <w:rPr>
          <w:rFonts w:ascii="Aptos" w:hAnsi="Aptos"/>
        </w:rPr>
      </w:r>
      <w:r w:rsidR="001F5A3E">
        <w:rPr>
          <w:rFonts w:ascii="Aptos" w:hAnsi="Aptos"/>
        </w:rPr>
        <w:fldChar w:fldCharType="separate"/>
      </w:r>
      <w:r w:rsidR="001F5A3E">
        <w:rPr>
          <w:rFonts w:ascii="Aptos" w:hAnsi="Aptos"/>
        </w:rPr>
        <w:t> </w:t>
      </w:r>
      <w:r w:rsidR="001F5A3E">
        <w:rPr>
          <w:rFonts w:ascii="Aptos" w:hAnsi="Aptos"/>
        </w:rPr>
        <w:t> </w:t>
      </w:r>
      <w:r w:rsidR="001F5A3E">
        <w:rPr>
          <w:rFonts w:ascii="Aptos" w:hAnsi="Aptos"/>
        </w:rPr>
        <w:t> </w:t>
      </w:r>
      <w:r w:rsidR="001F5A3E">
        <w:rPr>
          <w:rFonts w:ascii="Aptos" w:hAnsi="Aptos"/>
        </w:rPr>
        <w:t> </w:t>
      </w:r>
      <w:r w:rsidR="001F5A3E">
        <w:rPr>
          <w:rFonts w:ascii="Aptos" w:hAnsi="Aptos"/>
        </w:rPr>
        <w:t> </w:t>
      </w:r>
      <w:r w:rsidR="001F5A3E">
        <w:rPr>
          <w:rFonts w:ascii="Aptos" w:hAnsi="Aptos"/>
        </w:rPr>
        <w:fldChar w:fldCharType="end"/>
      </w:r>
      <w:bookmarkEnd w:id="0"/>
    </w:p>
    <w:p w14:paraId="57DB430A" w14:textId="55C7E811" w:rsidR="00992101" w:rsidRPr="001F5A3E" w:rsidRDefault="00000000">
      <w:pPr>
        <w:rPr>
          <w:rFonts w:ascii="Aptos" w:hAnsi="Aptos"/>
          <w:lang w:val="de-DE"/>
        </w:rPr>
      </w:pPr>
      <w:r w:rsidRPr="001F5A3E">
        <w:rPr>
          <w:rFonts w:ascii="Aptos" w:hAnsi="Aptos"/>
          <w:lang w:val="de-DE"/>
        </w:rPr>
        <w:t>Geburtsdatum (ab 16 Jahre):</w:t>
      </w:r>
      <w:r w:rsidR="002D16B1">
        <w:rPr>
          <w:rFonts w:ascii="Aptos" w:hAnsi="Aptos"/>
        </w:rPr>
        <w:fldChar w:fldCharType="begin">
          <w:ffData>
            <w:name w:val="Text5"/>
            <w:enabled/>
            <w:calcOnExit w:val="0"/>
            <w:textInput/>
          </w:ffData>
        </w:fldChar>
      </w:r>
      <w:bookmarkStart w:id="1" w:name="Text5"/>
      <w:r w:rsidR="002D16B1" w:rsidRPr="001F5A3E">
        <w:rPr>
          <w:rFonts w:ascii="Aptos" w:hAnsi="Aptos"/>
          <w:lang w:val="de-DE"/>
        </w:rPr>
        <w:instrText xml:space="preserve"> FORMTEXT </w:instrText>
      </w:r>
      <w:r w:rsidR="002D16B1">
        <w:rPr>
          <w:rFonts w:ascii="Aptos" w:hAnsi="Aptos"/>
        </w:rPr>
      </w:r>
      <w:r w:rsidR="002D16B1">
        <w:rPr>
          <w:rFonts w:ascii="Aptos" w:hAnsi="Aptos"/>
        </w:rPr>
        <w:fldChar w:fldCharType="separate"/>
      </w:r>
      <w:r w:rsidR="002D16B1">
        <w:rPr>
          <w:rFonts w:ascii="Aptos" w:hAnsi="Aptos"/>
          <w:noProof/>
        </w:rPr>
        <w:t> </w:t>
      </w:r>
      <w:r w:rsidR="002D16B1">
        <w:rPr>
          <w:rFonts w:ascii="Aptos" w:hAnsi="Aptos"/>
          <w:noProof/>
        </w:rPr>
        <w:t> </w:t>
      </w:r>
      <w:r w:rsidR="002D16B1">
        <w:rPr>
          <w:rFonts w:ascii="Aptos" w:hAnsi="Aptos"/>
          <w:noProof/>
        </w:rPr>
        <w:t> </w:t>
      </w:r>
      <w:r w:rsidR="002D16B1">
        <w:rPr>
          <w:rFonts w:ascii="Aptos" w:hAnsi="Aptos"/>
          <w:noProof/>
        </w:rPr>
        <w:t> </w:t>
      </w:r>
      <w:r w:rsidR="002D16B1">
        <w:rPr>
          <w:rFonts w:ascii="Aptos" w:hAnsi="Aptos"/>
          <w:noProof/>
        </w:rPr>
        <w:t> </w:t>
      </w:r>
      <w:r w:rsidR="002D16B1">
        <w:rPr>
          <w:rFonts w:ascii="Aptos" w:hAnsi="Aptos"/>
        </w:rPr>
        <w:fldChar w:fldCharType="end"/>
      </w:r>
      <w:bookmarkEnd w:id="1"/>
    </w:p>
    <w:p w14:paraId="11A7AC94" w14:textId="55062F8A" w:rsidR="00992101" w:rsidRPr="001F5A3E" w:rsidRDefault="00000000">
      <w:pPr>
        <w:rPr>
          <w:rFonts w:ascii="Aptos" w:hAnsi="Aptos"/>
          <w:lang w:val="de-DE"/>
        </w:rPr>
      </w:pPr>
      <w:r w:rsidRPr="001F5A3E">
        <w:rPr>
          <w:rFonts w:ascii="Aptos" w:hAnsi="Aptos"/>
          <w:lang w:val="de-DE"/>
        </w:rPr>
        <w:t xml:space="preserve">Geschlecht: </w:t>
      </w:r>
      <w:sdt>
        <w:sdtPr>
          <w:rPr>
            <w:rFonts w:ascii="Aptos" w:hAnsi="Aptos"/>
            <w:lang w:val="de-DE"/>
          </w:rPr>
          <w:id w:val="-877776492"/>
          <w14:checkbox>
            <w14:checked w14:val="0"/>
            <w14:checkedState w14:val="2612" w14:font="MS Gothic"/>
            <w14:uncheckedState w14:val="2610" w14:font="MS Gothic"/>
          </w14:checkbox>
        </w:sdtPr>
        <w:sdtContent>
          <w:r w:rsidR="001F5A3E">
            <w:rPr>
              <w:rFonts w:ascii="MS Gothic" w:eastAsia="MS Gothic" w:hAnsi="MS Gothic" w:hint="eastAsia"/>
              <w:lang w:val="de-DE"/>
            </w:rPr>
            <w:t>☐</w:t>
          </w:r>
        </w:sdtContent>
      </w:sdt>
      <w:r w:rsidRPr="001F5A3E">
        <w:rPr>
          <w:rFonts w:ascii="Aptos" w:hAnsi="Aptos"/>
          <w:lang w:val="de-DE"/>
        </w:rPr>
        <w:t xml:space="preserve"> </w:t>
      </w:r>
      <w:proofErr w:type="gramStart"/>
      <w:r w:rsidRPr="001F5A3E">
        <w:rPr>
          <w:rFonts w:ascii="Aptos" w:hAnsi="Aptos"/>
          <w:lang w:val="de-DE"/>
        </w:rPr>
        <w:t>Weiblich</w:t>
      </w:r>
      <w:proofErr w:type="gramEnd"/>
      <w:r w:rsidRPr="001F5A3E">
        <w:rPr>
          <w:rFonts w:ascii="Aptos" w:hAnsi="Aptos"/>
          <w:lang w:val="de-DE"/>
        </w:rPr>
        <w:t xml:space="preserve"> </w:t>
      </w:r>
      <w:sdt>
        <w:sdtPr>
          <w:rPr>
            <w:rFonts w:ascii="Aptos" w:hAnsi="Aptos"/>
            <w:lang w:val="de-DE"/>
          </w:rPr>
          <w:id w:val="284854727"/>
          <w14:checkbox>
            <w14:checked w14:val="0"/>
            <w14:checkedState w14:val="2612" w14:font="MS Gothic"/>
            <w14:uncheckedState w14:val="2610" w14:font="MS Gothic"/>
          </w14:checkbox>
        </w:sdtPr>
        <w:sdtContent>
          <w:r w:rsidR="001F5A3E">
            <w:rPr>
              <w:rFonts w:ascii="MS Gothic" w:eastAsia="MS Gothic" w:hAnsi="MS Gothic" w:hint="eastAsia"/>
              <w:lang w:val="de-DE"/>
            </w:rPr>
            <w:t>☐</w:t>
          </w:r>
        </w:sdtContent>
      </w:sdt>
      <w:r w:rsidRPr="001F5A3E">
        <w:rPr>
          <w:rFonts w:ascii="Aptos" w:hAnsi="Aptos"/>
          <w:lang w:val="de-DE"/>
        </w:rPr>
        <w:t xml:space="preserve"> </w:t>
      </w:r>
      <w:proofErr w:type="gramStart"/>
      <w:r w:rsidRPr="001F5A3E">
        <w:rPr>
          <w:rFonts w:ascii="Aptos" w:hAnsi="Aptos"/>
          <w:lang w:val="de-DE"/>
        </w:rPr>
        <w:t>Männlich</w:t>
      </w:r>
      <w:proofErr w:type="gramEnd"/>
    </w:p>
    <w:p w14:paraId="68946A5A" w14:textId="15CF7DF3" w:rsidR="00992101" w:rsidRPr="001F5A3E" w:rsidRDefault="00000000">
      <w:pPr>
        <w:rPr>
          <w:rFonts w:ascii="Aptos" w:hAnsi="Aptos"/>
          <w:lang w:val="de-DE"/>
        </w:rPr>
      </w:pPr>
      <w:r w:rsidRPr="001F5A3E">
        <w:rPr>
          <w:rFonts w:ascii="Aptos" w:hAnsi="Aptos"/>
          <w:lang w:val="de-DE"/>
        </w:rPr>
        <w:t xml:space="preserve">Kontakt (E-Mail &amp; Telefonnummer): </w:t>
      </w:r>
      <w:r w:rsidR="002D16B1">
        <w:rPr>
          <w:rFonts w:ascii="Aptos" w:hAnsi="Aptos"/>
        </w:rPr>
        <w:fldChar w:fldCharType="begin">
          <w:ffData>
            <w:name w:val="Text6"/>
            <w:enabled/>
            <w:calcOnExit w:val="0"/>
            <w:textInput/>
          </w:ffData>
        </w:fldChar>
      </w:r>
      <w:bookmarkStart w:id="2" w:name="Text6"/>
      <w:r w:rsidR="002D16B1" w:rsidRPr="001F5A3E">
        <w:rPr>
          <w:rFonts w:ascii="Aptos" w:hAnsi="Aptos"/>
          <w:lang w:val="de-DE"/>
        </w:rPr>
        <w:instrText xml:space="preserve"> FORMTEXT </w:instrText>
      </w:r>
      <w:r w:rsidR="002D16B1">
        <w:rPr>
          <w:rFonts w:ascii="Aptos" w:hAnsi="Aptos"/>
        </w:rPr>
      </w:r>
      <w:r w:rsidR="002D16B1">
        <w:rPr>
          <w:rFonts w:ascii="Aptos" w:hAnsi="Aptos"/>
        </w:rPr>
        <w:fldChar w:fldCharType="separate"/>
      </w:r>
      <w:r w:rsidR="001F5A3E">
        <w:rPr>
          <w:rFonts w:ascii="Aptos" w:hAnsi="Aptos"/>
        </w:rPr>
        <w:t> </w:t>
      </w:r>
      <w:r w:rsidR="001F5A3E">
        <w:rPr>
          <w:rFonts w:ascii="Aptos" w:hAnsi="Aptos"/>
        </w:rPr>
        <w:t> </w:t>
      </w:r>
      <w:r w:rsidR="001F5A3E">
        <w:rPr>
          <w:rFonts w:ascii="Aptos" w:hAnsi="Aptos"/>
        </w:rPr>
        <w:t> </w:t>
      </w:r>
      <w:r w:rsidR="001F5A3E">
        <w:rPr>
          <w:rFonts w:ascii="Aptos" w:hAnsi="Aptos"/>
        </w:rPr>
        <w:t> </w:t>
      </w:r>
      <w:r w:rsidR="001F5A3E">
        <w:rPr>
          <w:rFonts w:ascii="Aptos" w:hAnsi="Aptos"/>
        </w:rPr>
        <w:t> </w:t>
      </w:r>
      <w:r w:rsidR="002D16B1">
        <w:rPr>
          <w:rFonts w:ascii="Aptos" w:hAnsi="Aptos"/>
        </w:rPr>
        <w:fldChar w:fldCharType="end"/>
      </w:r>
      <w:bookmarkEnd w:id="2"/>
      <w:r w:rsidR="006971F0" w:rsidRPr="001F5A3E">
        <w:rPr>
          <w:rFonts w:ascii="Aptos" w:hAnsi="Aptos"/>
          <w:lang w:val="de-DE"/>
        </w:rPr>
        <w:br/>
      </w:r>
    </w:p>
    <w:p w14:paraId="20C0EE91" w14:textId="77777777" w:rsidR="00992101" w:rsidRPr="001F5A3E" w:rsidRDefault="00000000">
      <w:pPr>
        <w:pStyle w:val="berschrift2"/>
        <w:rPr>
          <w:lang w:val="de-DE"/>
        </w:rPr>
      </w:pPr>
      <w:r w:rsidRPr="001F5A3E">
        <w:rPr>
          <w:rFonts w:ascii="Calibri" w:hAnsi="Calibri"/>
          <w:color w:val="1E25C9"/>
          <w:sz w:val="28"/>
          <w:lang w:val="de-DE"/>
        </w:rPr>
        <w:t xml:space="preserve">2. Award-Kategorie </w:t>
      </w:r>
      <w:r>
        <w:rPr>
          <w:rFonts w:ascii="Calibri" w:hAnsi="Calibri"/>
          <w:color w:val="0066CC"/>
          <w:sz w:val="28"/>
        </w:rPr>
        <w:t>🪽</w:t>
      </w:r>
    </w:p>
    <w:p w14:paraId="248CEB6C" w14:textId="4957E551" w:rsidR="00992101" w:rsidRPr="001F5A3E" w:rsidRDefault="002D16B1">
      <w:pPr>
        <w:rPr>
          <w:rFonts w:ascii="Aptos" w:hAnsi="Aptos"/>
          <w:lang w:val="de-DE"/>
        </w:rPr>
      </w:pPr>
      <w:r w:rsidRPr="001F5A3E">
        <w:rPr>
          <w:rFonts w:ascii="Aptos" w:hAnsi="Aptos"/>
          <w:lang w:val="de-DE"/>
        </w:rPr>
        <w:br/>
        <w:t>Sportart</w:t>
      </w:r>
      <w:r w:rsidR="00E21D44" w:rsidRPr="001F5A3E">
        <w:rPr>
          <w:rFonts w:ascii="Aptos" w:hAnsi="Aptos"/>
          <w:lang w:val="de-DE"/>
        </w:rPr>
        <w:t xml:space="preserve"> und Disziplin</w:t>
      </w:r>
      <w:r w:rsidRPr="001F5A3E">
        <w:rPr>
          <w:rFonts w:ascii="Aptos" w:hAnsi="Aptos"/>
          <w:lang w:val="de-DE"/>
        </w:rPr>
        <w:t xml:space="preserve">: </w:t>
      </w:r>
      <w:r>
        <w:rPr>
          <w:rFonts w:ascii="Aptos" w:hAnsi="Aptos"/>
        </w:rPr>
        <w:fldChar w:fldCharType="begin">
          <w:ffData>
            <w:name w:val="Text7"/>
            <w:enabled/>
            <w:calcOnExit w:val="0"/>
            <w:textInput/>
          </w:ffData>
        </w:fldChar>
      </w:r>
      <w:bookmarkStart w:id="3" w:name="Text7"/>
      <w:r w:rsidRPr="001F5A3E">
        <w:rPr>
          <w:rFonts w:ascii="Aptos" w:hAnsi="Aptos"/>
          <w:lang w:val="de-DE"/>
        </w:rPr>
        <w:instrText xml:space="preserve"> FORMTEXT </w:instrText>
      </w:r>
      <w:r>
        <w:rPr>
          <w:rFonts w:ascii="Aptos" w:hAnsi="Aptos"/>
        </w:rPr>
      </w:r>
      <w:r>
        <w:rPr>
          <w:rFonts w:ascii="Aptos" w:hAnsi="Aptos"/>
        </w:rPr>
        <w:fldChar w:fldCharType="separate"/>
      </w:r>
      <w:r w:rsidR="001F5A3E">
        <w:rPr>
          <w:rFonts w:ascii="Aptos" w:hAnsi="Aptos"/>
        </w:rPr>
        <w:t> </w:t>
      </w:r>
      <w:r w:rsidR="001F5A3E">
        <w:rPr>
          <w:rFonts w:ascii="Aptos" w:hAnsi="Aptos"/>
        </w:rPr>
        <w:t> </w:t>
      </w:r>
      <w:r w:rsidR="001F5A3E">
        <w:rPr>
          <w:rFonts w:ascii="Aptos" w:hAnsi="Aptos"/>
        </w:rPr>
        <w:t> </w:t>
      </w:r>
      <w:r w:rsidR="001F5A3E">
        <w:rPr>
          <w:rFonts w:ascii="Aptos" w:hAnsi="Aptos"/>
        </w:rPr>
        <w:t> </w:t>
      </w:r>
      <w:r w:rsidR="001F5A3E">
        <w:rPr>
          <w:rFonts w:ascii="Aptos" w:hAnsi="Aptos"/>
        </w:rPr>
        <w:t> </w:t>
      </w:r>
      <w:r>
        <w:rPr>
          <w:rFonts w:ascii="Aptos" w:hAnsi="Aptos"/>
        </w:rPr>
        <w:fldChar w:fldCharType="end"/>
      </w:r>
      <w:bookmarkEnd w:id="3"/>
    </w:p>
    <w:p w14:paraId="4D30514B" w14:textId="028C9269" w:rsidR="00992101" w:rsidRPr="001F5A3E" w:rsidRDefault="00000000">
      <w:pPr>
        <w:rPr>
          <w:rFonts w:ascii="Aptos" w:hAnsi="Aptos"/>
          <w:lang w:val="de-DE"/>
        </w:rPr>
      </w:pPr>
      <w:r w:rsidRPr="001F5A3E">
        <w:rPr>
          <w:rFonts w:ascii="Aptos" w:hAnsi="Aptos"/>
          <w:lang w:val="de-DE"/>
        </w:rPr>
        <w:t xml:space="preserve">Kategorie: </w:t>
      </w:r>
      <w:sdt>
        <w:sdtPr>
          <w:rPr>
            <w:rFonts w:ascii="Aptos" w:hAnsi="Aptos"/>
            <w:lang w:val="de-DE"/>
          </w:rPr>
          <w:id w:val="2089415549"/>
          <w14:checkbox>
            <w14:checked w14:val="0"/>
            <w14:checkedState w14:val="2612" w14:font="MS Gothic"/>
            <w14:uncheckedState w14:val="2610" w14:font="MS Gothic"/>
          </w14:checkbox>
        </w:sdtPr>
        <w:sdtContent>
          <w:r w:rsidR="001F5A3E">
            <w:rPr>
              <w:rFonts w:ascii="MS Gothic" w:eastAsia="MS Gothic" w:hAnsi="MS Gothic" w:hint="eastAsia"/>
              <w:lang w:val="de-DE"/>
            </w:rPr>
            <w:t>☐</w:t>
          </w:r>
        </w:sdtContent>
      </w:sdt>
      <w:r w:rsidRPr="001F5A3E">
        <w:rPr>
          <w:rFonts w:ascii="Aptos" w:hAnsi="Aptos"/>
          <w:lang w:val="de-DE"/>
        </w:rPr>
        <w:t xml:space="preserve"> Wintersport </w:t>
      </w:r>
      <w:sdt>
        <w:sdtPr>
          <w:rPr>
            <w:rFonts w:ascii="Aptos" w:hAnsi="Aptos"/>
            <w:lang w:val="de-DE"/>
          </w:rPr>
          <w:id w:val="1972401340"/>
          <w14:checkbox>
            <w14:checked w14:val="0"/>
            <w14:checkedState w14:val="2612" w14:font="MS Gothic"/>
            <w14:uncheckedState w14:val="2610" w14:font="MS Gothic"/>
          </w14:checkbox>
        </w:sdtPr>
        <w:sdtContent>
          <w:r w:rsidR="001F5A3E">
            <w:rPr>
              <w:rFonts w:ascii="MS Gothic" w:eastAsia="MS Gothic" w:hAnsi="MS Gothic" w:hint="eastAsia"/>
              <w:lang w:val="de-DE"/>
            </w:rPr>
            <w:t>☐</w:t>
          </w:r>
        </w:sdtContent>
      </w:sdt>
      <w:r w:rsidRPr="001F5A3E">
        <w:rPr>
          <w:rFonts w:ascii="Aptos" w:hAnsi="Aptos"/>
          <w:lang w:val="de-DE"/>
        </w:rPr>
        <w:t xml:space="preserve"> Sommersport</w:t>
      </w:r>
    </w:p>
    <w:p w14:paraId="3F3B8C08" w14:textId="75C8B820" w:rsidR="00992101" w:rsidRPr="001F5A3E" w:rsidRDefault="00000000">
      <w:pPr>
        <w:rPr>
          <w:rFonts w:ascii="Aptos" w:hAnsi="Aptos"/>
          <w:lang w:val="de-DE"/>
        </w:rPr>
      </w:pPr>
      <w:r w:rsidRPr="001F5A3E">
        <w:rPr>
          <w:rFonts w:ascii="Aptos" w:hAnsi="Aptos"/>
          <w:lang w:val="de-DE"/>
        </w:rPr>
        <w:t>Welches VÖN-Modell</w:t>
      </w:r>
      <w:r w:rsidR="00483F06">
        <w:rPr>
          <w:rFonts w:ascii="Aptos" w:hAnsi="Aptos"/>
          <w:lang w:val="de-DE"/>
        </w:rPr>
        <w:t>/Nachwuchsleistungssportmodell</w:t>
      </w:r>
      <w:r w:rsidR="006971F0" w:rsidRPr="001F5A3E">
        <w:rPr>
          <w:rFonts w:ascii="Aptos" w:hAnsi="Aptos"/>
          <w:lang w:val="de-DE"/>
        </w:rPr>
        <w:t xml:space="preserve">: </w:t>
      </w:r>
      <w:r w:rsidR="002D16B1">
        <w:rPr>
          <w:rFonts w:ascii="Aptos" w:hAnsi="Aptos"/>
        </w:rPr>
        <w:fldChar w:fldCharType="begin">
          <w:ffData>
            <w:name w:val="Text8"/>
            <w:enabled/>
            <w:calcOnExit w:val="0"/>
            <w:textInput/>
          </w:ffData>
        </w:fldChar>
      </w:r>
      <w:bookmarkStart w:id="4" w:name="Text8"/>
      <w:r w:rsidR="002D16B1" w:rsidRPr="001F5A3E">
        <w:rPr>
          <w:rFonts w:ascii="Aptos" w:hAnsi="Aptos"/>
          <w:lang w:val="de-DE"/>
        </w:rPr>
        <w:instrText xml:space="preserve"> FORMTEXT </w:instrText>
      </w:r>
      <w:r w:rsidR="002D16B1">
        <w:rPr>
          <w:rFonts w:ascii="Aptos" w:hAnsi="Aptos"/>
        </w:rPr>
      </w:r>
      <w:r w:rsidR="002D16B1">
        <w:rPr>
          <w:rFonts w:ascii="Aptos" w:hAnsi="Aptos"/>
        </w:rPr>
        <w:fldChar w:fldCharType="separate"/>
      </w:r>
      <w:r w:rsidR="002D16B1">
        <w:rPr>
          <w:rFonts w:ascii="Aptos" w:hAnsi="Aptos"/>
          <w:noProof/>
        </w:rPr>
        <w:t> </w:t>
      </w:r>
      <w:r w:rsidR="002D16B1">
        <w:rPr>
          <w:rFonts w:ascii="Aptos" w:hAnsi="Aptos"/>
          <w:noProof/>
        </w:rPr>
        <w:t> </w:t>
      </w:r>
      <w:r w:rsidR="002D16B1">
        <w:rPr>
          <w:rFonts w:ascii="Aptos" w:hAnsi="Aptos"/>
          <w:noProof/>
        </w:rPr>
        <w:t> </w:t>
      </w:r>
      <w:r w:rsidR="002D16B1">
        <w:rPr>
          <w:rFonts w:ascii="Aptos" w:hAnsi="Aptos"/>
          <w:noProof/>
        </w:rPr>
        <w:t> </w:t>
      </w:r>
      <w:r w:rsidR="002D16B1">
        <w:rPr>
          <w:rFonts w:ascii="Aptos" w:hAnsi="Aptos"/>
          <w:noProof/>
        </w:rPr>
        <w:t> </w:t>
      </w:r>
      <w:r w:rsidR="002D16B1">
        <w:rPr>
          <w:rFonts w:ascii="Aptos" w:hAnsi="Aptos"/>
        </w:rPr>
        <w:fldChar w:fldCharType="end"/>
      </w:r>
      <w:bookmarkEnd w:id="4"/>
      <w:r w:rsidR="006971F0" w:rsidRPr="001F5A3E">
        <w:rPr>
          <w:rFonts w:ascii="Aptos" w:hAnsi="Aptos"/>
          <w:lang w:val="de-DE"/>
        </w:rPr>
        <w:br/>
      </w:r>
    </w:p>
    <w:p w14:paraId="6A77DE54" w14:textId="756270BA" w:rsidR="00992101" w:rsidRPr="001F5A3E" w:rsidRDefault="00000000">
      <w:pPr>
        <w:pStyle w:val="berschrift2"/>
        <w:rPr>
          <w:lang w:val="de-DE"/>
        </w:rPr>
      </w:pPr>
      <w:r w:rsidRPr="001F5A3E">
        <w:rPr>
          <w:rFonts w:ascii="Calibri" w:hAnsi="Calibri"/>
          <w:color w:val="1E25C9"/>
          <w:sz w:val="28"/>
          <w:lang w:val="de-DE"/>
        </w:rPr>
        <w:t xml:space="preserve">3. Sportliche Erfolge </w:t>
      </w:r>
      <w:r>
        <w:rPr>
          <w:rFonts w:ascii="Apple Color Emoji" w:hAnsi="Apple Color Emoji" w:cs="Apple Color Emoji"/>
          <w:color w:val="0066CC"/>
          <w:sz w:val="28"/>
        </w:rPr>
        <w:t>🪽</w:t>
      </w:r>
    </w:p>
    <w:p w14:paraId="4671A443" w14:textId="3B5F628E" w:rsidR="00791C75" w:rsidRPr="001F5A3E" w:rsidRDefault="002D16B1">
      <w:pPr>
        <w:rPr>
          <w:rFonts w:ascii="Aptos" w:hAnsi="Aptos"/>
          <w:lang w:val="de-DE"/>
        </w:rPr>
      </w:pPr>
      <w:r w:rsidRPr="001F5A3E">
        <w:rPr>
          <w:rFonts w:ascii="Aptos" w:hAnsi="Aptos"/>
          <w:lang w:val="de-DE"/>
        </w:rPr>
        <w:br/>
      </w:r>
      <w:r w:rsidR="006971F0" w:rsidRPr="001F5A3E">
        <w:rPr>
          <w:rFonts w:ascii="Aptos" w:hAnsi="Aptos"/>
          <w:lang w:val="de-DE"/>
        </w:rPr>
        <w:t xml:space="preserve">Meine größten sportlichen Erfolge: </w:t>
      </w:r>
      <w:r w:rsidR="00995815" w:rsidRPr="001F5A3E">
        <w:rPr>
          <w:rFonts w:ascii="Aptos" w:hAnsi="Aptos"/>
          <w:lang w:val="de-DE"/>
        </w:rPr>
        <w:t>(z.</w:t>
      </w:r>
      <w:r w:rsidR="00995815" w:rsidRPr="001F5A3E">
        <w:rPr>
          <w:rFonts w:ascii="Arial" w:hAnsi="Arial" w:cs="Arial"/>
          <w:lang w:val="de-DE"/>
        </w:rPr>
        <w:t> </w:t>
      </w:r>
      <w:r w:rsidR="00995815" w:rsidRPr="001F5A3E">
        <w:rPr>
          <w:rFonts w:ascii="Aptos" w:hAnsi="Aptos"/>
          <w:lang w:val="de-DE"/>
        </w:rPr>
        <w:t>B. Medaillen, Titel, Ranglistenplätze, besondere Leistungen)</w:t>
      </w:r>
    </w:p>
    <w:tbl>
      <w:tblPr>
        <w:tblStyle w:val="Tabellenraster"/>
        <w:tblW w:w="9147" w:type="dxa"/>
        <w:tblInd w:w="38" w:type="dxa"/>
        <w:tblLook w:val="04A0" w:firstRow="1" w:lastRow="0" w:firstColumn="1" w:lastColumn="0" w:noHBand="0" w:noVBand="1"/>
      </w:tblPr>
      <w:tblGrid>
        <w:gridCol w:w="9147"/>
      </w:tblGrid>
      <w:tr w:rsidR="00C8237D" w14:paraId="4939999F" w14:textId="77777777" w:rsidTr="00C8237D">
        <w:trPr>
          <w:trHeight w:val="2788"/>
        </w:trPr>
        <w:sdt>
          <w:sdtPr>
            <w:rPr>
              <w:rFonts w:ascii="Aptos" w:hAnsi="Aptos"/>
              <w:lang w:val="de-DE"/>
            </w:rPr>
            <w:id w:val="-1592007032"/>
            <w:placeholder>
              <w:docPart w:val="271A9574E6534C52BCA9BFC71D94A1FA"/>
            </w:placeholder>
          </w:sdtPr>
          <w:sdtContent>
            <w:tc>
              <w:tcPr>
                <w:tcW w:w="9147" w:type="dxa"/>
              </w:tcPr>
              <w:p w14:paraId="34A56C54" w14:textId="3F97FF8F" w:rsidR="00C8237D" w:rsidRPr="00C8237D" w:rsidRDefault="002F5127" w:rsidP="00791C75">
                <w:pPr>
                  <w:rPr>
                    <w:lang w:val="de-DE"/>
                  </w:rPr>
                </w:pPr>
                <w:r>
                  <w:rPr>
                    <w:rFonts w:ascii="Aptos" w:hAnsi="Aptos"/>
                    <w:lang w:val="de-DE"/>
                  </w:rPr>
                  <w:fldChar w:fldCharType="begin">
                    <w:ffData>
                      <w:name w:val="Text9"/>
                      <w:enabled/>
                      <w:calcOnExit w:val="0"/>
                      <w:textInput>
                        <w:default w:val="Klicke oder tippe hier, um Text einzugeben"/>
                      </w:textInput>
                    </w:ffData>
                  </w:fldChar>
                </w:r>
                <w:bookmarkStart w:id="5" w:name="Text9"/>
                <w:r>
                  <w:rPr>
                    <w:rFonts w:ascii="Aptos" w:hAnsi="Aptos"/>
                    <w:lang w:val="de-DE"/>
                  </w:rPr>
                  <w:instrText xml:space="preserve"> FORMTEXT </w:instrText>
                </w:r>
                <w:r>
                  <w:rPr>
                    <w:rFonts w:ascii="Aptos" w:hAnsi="Aptos"/>
                    <w:lang w:val="de-DE"/>
                  </w:rPr>
                </w:r>
                <w:r>
                  <w:rPr>
                    <w:rFonts w:ascii="Aptos" w:hAnsi="Aptos"/>
                    <w:lang w:val="de-DE"/>
                  </w:rPr>
                  <w:fldChar w:fldCharType="separate"/>
                </w:r>
                <w:r>
                  <w:rPr>
                    <w:rFonts w:ascii="Aptos" w:hAnsi="Aptos"/>
                    <w:noProof/>
                    <w:lang w:val="de-DE"/>
                  </w:rPr>
                  <w:t>Klicke oder tippe hier, um Text einzugeben</w:t>
                </w:r>
                <w:r>
                  <w:rPr>
                    <w:rFonts w:ascii="Aptos" w:hAnsi="Aptos"/>
                    <w:lang w:val="de-DE"/>
                  </w:rPr>
                  <w:fldChar w:fldCharType="end"/>
                </w:r>
              </w:p>
            </w:tc>
            <w:bookmarkEnd w:id="5" w:displacedByCustomXml="next"/>
          </w:sdtContent>
        </w:sdt>
      </w:tr>
    </w:tbl>
    <w:p w14:paraId="17577326" w14:textId="30E5F060" w:rsidR="00992101" w:rsidRPr="001F5A3E" w:rsidRDefault="00000000">
      <w:pPr>
        <w:pStyle w:val="berschrift2"/>
        <w:rPr>
          <w:lang w:val="de-DE"/>
        </w:rPr>
      </w:pPr>
      <w:r w:rsidRPr="001F5A3E">
        <w:rPr>
          <w:rFonts w:ascii="Calibri" w:hAnsi="Calibri"/>
          <w:color w:val="1E25C9"/>
          <w:sz w:val="28"/>
          <w:lang w:val="de-DE"/>
        </w:rPr>
        <w:lastRenderedPageBreak/>
        <w:t xml:space="preserve">4. Ziele &amp; Motivation </w:t>
      </w:r>
      <w:r>
        <w:rPr>
          <w:rFonts w:ascii="Calibri" w:hAnsi="Calibri"/>
          <w:color w:val="0066CC"/>
          <w:sz w:val="28"/>
        </w:rPr>
        <w:t>🪽</w:t>
      </w:r>
    </w:p>
    <w:p w14:paraId="10E93B6B" w14:textId="5129C178" w:rsidR="00992101" w:rsidRPr="001F5A3E" w:rsidRDefault="002D16B1">
      <w:pPr>
        <w:rPr>
          <w:rFonts w:ascii="Aptos" w:hAnsi="Aptos"/>
          <w:lang w:val="de-DE"/>
        </w:rPr>
      </w:pPr>
      <w:r w:rsidRPr="001F5A3E">
        <w:rPr>
          <w:rFonts w:ascii="Aptos" w:hAnsi="Aptos"/>
          <w:lang w:val="de-DE"/>
        </w:rPr>
        <w:br/>
        <w:t xml:space="preserve">Sportliche Ziele für die nächsten Jahre: </w:t>
      </w:r>
    </w:p>
    <w:tbl>
      <w:tblPr>
        <w:tblStyle w:val="Tabellenraster"/>
        <w:tblW w:w="9096" w:type="dxa"/>
        <w:tblInd w:w="38" w:type="dxa"/>
        <w:tblLook w:val="04A0" w:firstRow="1" w:lastRow="0" w:firstColumn="1" w:lastColumn="0" w:noHBand="0" w:noVBand="1"/>
      </w:tblPr>
      <w:tblGrid>
        <w:gridCol w:w="9096"/>
      </w:tblGrid>
      <w:tr w:rsidR="00C8237D" w14:paraId="7735A6A5" w14:textId="77777777" w:rsidTr="00995815">
        <w:trPr>
          <w:trHeight w:val="2531"/>
        </w:trPr>
        <w:sdt>
          <w:sdtPr>
            <w:rPr>
              <w:rFonts w:ascii="Aptos" w:hAnsi="Aptos"/>
              <w:lang w:val="de-DE"/>
            </w:rPr>
            <w:id w:val="-729918762"/>
            <w:placeholder>
              <w:docPart w:val="EA2E4BDFEB324A35B11B994925558FF2"/>
            </w:placeholder>
          </w:sdtPr>
          <w:sdtContent>
            <w:tc>
              <w:tcPr>
                <w:tcW w:w="9096" w:type="dxa"/>
              </w:tcPr>
              <w:p w14:paraId="338E5A94" w14:textId="0AF32E7E" w:rsidR="00C8237D" w:rsidRDefault="002F5127" w:rsidP="00706560">
                <w:pPr>
                  <w:rPr>
                    <w:rFonts w:ascii="Aptos" w:hAnsi="Aptos"/>
                    <w:lang w:val="de-DE"/>
                  </w:rPr>
                </w:pPr>
                <w:r>
                  <w:rPr>
                    <w:rFonts w:ascii="Aptos" w:hAnsi="Aptos"/>
                    <w:lang w:val="de-DE"/>
                  </w:rPr>
                  <w:fldChar w:fldCharType="begin">
                    <w:ffData>
                      <w:name w:val="Text10"/>
                      <w:enabled/>
                      <w:calcOnExit w:val="0"/>
                      <w:textInput>
                        <w:default w:val="Klicke oder tippe hier, um Text einzugeben"/>
                      </w:textInput>
                    </w:ffData>
                  </w:fldChar>
                </w:r>
                <w:bookmarkStart w:id="6" w:name="Text10"/>
                <w:r>
                  <w:rPr>
                    <w:rFonts w:ascii="Aptos" w:hAnsi="Aptos"/>
                    <w:lang w:val="de-DE"/>
                  </w:rPr>
                  <w:instrText xml:space="preserve"> FORMTEXT </w:instrText>
                </w:r>
                <w:r>
                  <w:rPr>
                    <w:rFonts w:ascii="Aptos" w:hAnsi="Aptos"/>
                    <w:lang w:val="de-DE"/>
                  </w:rPr>
                </w:r>
                <w:r>
                  <w:rPr>
                    <w:rFonts w:ascii="Aptos" w:hAnsi="Aptos"/>
                    <w:lang w:val="de-DE"/>
                  </w:rPr>
                  <w:fldChar w:fldCharType="separate"/>
                </w:r>
                <w:r>
                  <w:rPr>
                    <w:rFonts w:ascii="Aptos" w:hAnsi="Aptos"/>
                    <w:noProof/>
                    <w:lang w:val="de-DE"/>
                  </w:rPr>
                  <w:t>Klicke oder tippe hier, um Text einzugeben</w:t>
                </w:r>
                <w:r>
                  <w:rPr>
                    <w:rFonts w:ascii="Aptos" w:hAnsi="Aptos"/>
                    <w:lang w:val="de-DE"/>
                  </w:rPr>
                  <w:fldChar w:fldCharType="end"/>
                </w:r>
              </w:p>
            </w:tc>
            <w:bookmarkEnd w:id="6" w:displacedByCustomXml="next"/>
          </w:sdtContent>
        </w:sdt>
      </w:tr>
    </w:tbl>
    <w:p w14:paraId="2643FF33" w14:textId="77777777" w:rsidR="00C8237D" w:rsidRDefault="00C8237D" w:rsidP="00706560">
      <w:pPr>
        <w:rPr>
          <w:rFonts w:ascii="Aptos" w:hAnsi="Aptos"/>
          <w:lang w:val="de-DE"/>
        </w:rPr>
      </w:pPr>
    </w:p>
    <w:p w14:paraId="2EA36522" w14:textId="27702265" w:rsidR="006971F0" w:rsidRPr="00995815" w:rsidRDefault="00000000" w:rsidP="00706560">
      <w:pPr>
        <w:rPr>
          <w:rFonts w:ascii="Aptos" w:hAnsi="Aptos"/>
          <w:lang w:val="de-DE"/>
        </w:rPr>
      </w:pPr>
      <w:r w:rsidRPr="001F5A3E">
        <w:rPr>
          <w:rFonts w:ascii="Aptos" w:hAnsi="Aptos"/>
          <w:lang w:val="de-DE"/>
        </w:rPr>
        <w:t>Persönliches:</w:t>
      </w:r>
      <w:r w:rsidR="00706560" w:rsidRPr="001F5A3E">
        <w:rPr>
          <w:rFonts w:ascii="Aptos" w:hAnsi="Aptos"/>
          <w:lang w:val="de-DE"/>
        </w:rPr>
        <w:t xml:space="preserve"> </w:t>
      </w:r>
      <w:r w:rsidR="00995815" w:rsidRPr="001F5A3E">
        <w:rPr>
          <w:rFonts w:ascii="Aptos" w:hAnsi="Aptos"/>
          <w:lang w:val="de-DE"/>
        </w:rPr>
        <w:t>(z.</w:t>
      </w:r>
      <w:r w:rsidR="00995815" w:rsidRPr="001F5A3E">
        <w:rPr>
          <w:rFonts w:ascii="Arial" w:hAnsi="Arial" w:cs="Arial"/>
          <w:lang w:val="de-DE"/>
        </w:rPr>
        <w:t> </w:t>
      </w:r>
      <w:r w:rsidR="00995815" w:rsidRPr="001F5A3E">
        <w:rPr>
          <w:rFonts w:ascii="Aptos" w:hAnsi="Aptos"/>
          <w:lang w:val="de-DE"/>
        </w:rPr>
        <w:t>B. Hobbys, Ausbildung, Engagement, Familie, besondere Eigenschaften)</w:t>
      </w:r>
    </w:p>
    <w:tbl>
      <w:tblPr>
        <w:tblStyle w:val="Tabellenraster"/>
        <w:tblW w:w="9110" w:type="dxa"/>
        <w:tblInd w:w="38" w:type="dxa"/>
        <w:tblLook w:val="04A0" w:firstRow="1" w:lastRow="0" w:firstColumn="1" w:lastColumn="0" w:noHBand="0" w:noVBand="1"/>
      </w:tblPr>
      <w:tblGrid>
        <w:gridCol w:w="9110"/>
      </w:tblGrid>
      <w:tr w:rsidR="00C8237D" w14:paraId="3DD09C1F" w14:textId="77777777" w:rsidTr="00995815">
        <w:trPr>
          <w:trHeight w:val="2100"/>
        </w:trPr>
        <w:sdt>
          <w:sdtPr>
            <w:rPr>
              <w:rFonts w:ascii="Aptos" w:hAnsi="Aptos"/>
              <w:lang w:val="de-DE"/>
            </w:rPr>
            <w:id w:val="-725525688"/>
            <w:placeholder>
              <w:docPart w:val="F0BA62B338084CF391088197CCFB4ABB"/>
            </w:placeholder>
          </w:sdtPr>
          <w:sdtContent>
            <w:tc>
              <w:tcPr>
                <w:tcW w:w="9110" w:type="dxa"/>
              </w:tcPr>
              <w:p w14:paraId="07A77217" w14:textId="518768E4" w:rsidR="00C8237D" w:rsidRDefault="002F5127" w:rsidP="00706560">
                <w:pPr>
                  <w:rPr>
                    <w:rFonts w:ascii="Aptos" w:hAnsi="Aptos"/>
                    <w:lang w:val="de-DE"/>
                  </w:rPr>
                </w:pPr>
                <w:r>
                  <w:rPr>
                    <w:rFonts w:ascii="Aptos" w:hAnsi="Aptos"/>
                    <w:lang w:val="de-DE"/>
                  </w:rPr>
                  <w:fldChar w:fldCharType="begin">
                    <w:ffData>
                      <w:name w:val="Text11"/>
                      <w:enabled/>
                      <w:calcOnExit w:val="0"/>
                      <w:textInput>
                        <w:default w:val="Klicke oder tippe hier, um Text einzugeben"/>
                      </w:textInput>
                    </w:ffData>
                  </w:fldChar>
                </w:r>
                <w:bookmarkStart w:id="7" w:name="Text11"/>
                <w:r>
                  <w:rPr>
                    <w:rFonts w:ascii="Aptos" w:hAnsi="Aptos"/>
                    <w:lang w:val="de-DE"/>
                  </w:rPr>
                  <w:instrText xml:space="preserve"> FORMTEXT </w:instrText>
                </w:r>
                <w:r>
                  <w:rPr>
                    <w:rFonts w:ascii="Aptos" w:hAnsi="Aptos"/>
                    <w:lang w:val="de-DE"/>
                  </w:rPr>
                </w:r>
                <w:r>
                  <w:rPr>
                    <w:rFonts w:ascii="Aptos" w:hAnsi="Aptos"/>
                    <w:lang w:val="de-DE"/>
                  </w:rPr>
                  <w:fldChar w:fldCharType="separate"/>
                </w:r>
                <w:r>
                  <w:rPr>
                    <w:rFonts w:ascii="Aptos" w:hAnsi="Aptos"/>
                    <w:noProof/>
                    <w:lang w:val="de-DE"/>
                  </w:rPr>
                  <w:t>Klicke oder tippe hier, um Text einzugeben</w:t>
                </w:r>
                <w:r>
                  <w:rPr>
                    <w:rFonts w:ascii="Aptos" w:hAnsi="Aptos"/>
                    <w:lang w:val="de-DE"/>
                  </w:rPr>
                  <w:fldChar w:fldCharType="end"/>
                </w:r>
              </w:p>
            </w:tc>
            <w:bookmarkEnd w:id="7" w:displacedByCustomXml="next"/>
          </w:sdtContent>
        </w:sdt>
      </w:tr>
    </w:tbl>
    <w:p w14:paraId="390C5A43" w14:textId="77777777" w:rsidR="00995815" w:rsidRDefault="00995815">
      <w:pPr>
        <w:rPr>
          <w:rFonts w:ascii="Aptos" w:hAnsi="Aptos"/>
          <w:lang w:val="de-DE"/>
        </w:rPr>
      </w:pPr>
    </w:p>
    <w:p w14:paraId="4EE2A1F7" w14:textId="13E45137" w:rsidR="00992101" w:rsidRDefault="006971F0">
      <w:pPr>
        <w:rPr>
          <w:rFonts w:ascii="Aptos" w:hAnsi="Aptos"/>
          <w:lang w:val="de-DE"/>
        </w:rPr>
      </w:pPr>
      <w:r w:rsidRPr="001F5A3E">
        <w:rPr>
          <w:rFonts w:ascii="Aptos" w:hAnsi="Aptos"/>
          <w:lang w:val="de-DE"/>
        </w:rPr>
        <w:t xml:space="preserve">Kurz zusammengefasst: Warum bin ich das </w:t>
      </w:r>
      <w:r w:rsidR="00811531" w:rsidRPr="001F5A3E">
        <w:rPr>
          <w:rFonts w:ascii="Aptos" w:hAnsi="Aptos"/>
          <w:lang w:val="de-DE"/>
        </w:rPr>
        <w:t xml:space="preserve">Giving </w:t>
      </w:r>
      <w:r w:rsidRPr="001F5A3E">
        <w:rPr>
          <w:rFonts w:ascii="Aptos" w:hAnsi="Aptos"/>
          <w:lang w:val="de-DE"/>
        </w:rPr>
        <w:t>Wings Talent 2026?</w:t>
      </w:r>
    </w:p>
    <w:p w14:paraId="0BC5D6D4" w14:textId="6F7A61DC" w:rsidR="00711CA7" w:rsidRPr="00C8237D" w:rsidRDefault="00C8237D">
      <w:pPr>
        <w:rPr>
          <w:rFonts w:ascii="Aptos" w:hAnsi="Aptos"/>
          <w:lang w:val="de-DE"/>
        </w:rPr>
      </w:pPr>
      <w:r>
        <w:rPr>
          <w:rFonts w:ascii="Aptos" w:hAnsi="Aptos"/>
          <w:lang w:val="de-DE"/>
        </w:rPr>
        <w:t xml:space="preserve">In 100 </w:t>
      </w:r>
      <w:r w:rsidR="00995815">
        <w:rPr>
          <w:rFonts w:ascii="Aptos" w:hAnsi="Aptos"/>
          <w:lang w:val="de-DE"/>
        </w:rPr>
        <w:t>Wörtern</w:t>
      </w:r>
      <w:r>
        <w:rPr>
          <w:rFonts w:ascii="Aptos" w:hAnsi="Aptos"/>
          <w:lang w:val="de-DE"/>
        </w:rPr>
        <w:t xml:space="preserve"> </w:t>
      </w:r>
      <w:r w:rsidR="00995815">
        <w:rPr>
          <w:rFonts w:ascii="Aptos" w:hAnsi="Aptos"/>
          <w:lang w:val="de-DE"/>
        </w:rPr>
        <w:t>–</w:t>
      </w:r>
      <w:r>
        <w:rPr>
          <w:rFonts w:ascii="Aptos" w:hAnsi="Aptos"/>
          <w:lang w:val="de-DE"/>
        </w:rPr>
        <w:t xml:space="preserve"> besc</w:t>
      </w:r>
      <w:r w:rsidR="00995815">
        <w:rPr>
          <w:rFonts w:ascii="Aptos" w:hAnsi="Aptos"/>
          <w:lang w:val="de-DE"/>
        </w:rPr>
        <w:t>hreibe, warum gerade du den Award verdienst</w:t>
      </w:r>
    </w:p>
    <w:tbl>
      <w:tblPr>
        <w:tblStyle w:val="Tabellenraster"/>
        <w:tblW w:w="8981" w:type="dxa"/>
        <w:tblInd w:w="38" w:type="dxa"/>
        <w:tblLook w:val="04A0" w:firstRow="1" w:lastRow="0" w:firstColumn="1" w:lastColumn="0" w:noHBand="0" w:noVBand="1"/>
      </w:tblPr>
      <w:tblGrid>
        <w:gridCol w:w="8981"/>
      </w:tblGrid>
      <w:tr w:rsidR="00C8237D" w14:paraId="72948ACB" w14:textId="77777777" w:rsidTr="00C8237D">
        <w:trPr>
          <w:trHeight w:val="2755"/>
        </w:trPr>
        <w:sdt>
          <w:sdtPr>
            <w:rPr>
              <w:rFonts w:ascii="Aptos" w:hAnsi="Aptos"/>
              <w:lang w:val="de-DE"/>
            </w:rPr>
            <w:id w:val="-1050766485"/>
            <w:placeholder>
              <w:docPart w:val="D5DC14D826384A18ABC12DC0477BE5BC"/>
            </w:placeholder>
          </w:sdtPr>
          <w:sdtContent>
            <w:tc>
              <w:tcPr>
                <w:tcW w:w="8981" w:type="dxa"/>
              </w:tcPr>
              <w:p w14:paraId="4136E8FA" w14:textId="66565198" w:rsidR="00C8237D" w:rsidRDefault="002F5127">
                <w:pPr>
                  <w:rPr>
                    <w:rFonts w:ascii="Aptos" w:hAnsi="Aptos"/>
                    <w:lang w:val="de-DE"/>
                  </w:rPr>
                </w:pPr>
                <w:r>
                  <w:rPr>
                    <w:rFonts w:ascii="Aptos" w:hAnsi="Aptos"/>
                    <w:lang w:val="de-DE"/>
                  </w:rPr>
                  <w:fldChar w:fldCharType="begin">
                    <w:ffData>
                      <w:name w:val="Text12"/>
                      <w:enabled/>
                      <w:calcOnExit w:val="0"/>
                      <w:textInput>
                        <w:default w:val="Klicke oder tippe hier, um Text einzugeben"/>
                      </w:textInput>
                    </w:ffData>
                  </w:fldChar>
                </w:r>
                <w:bookmarkStart w:id="8" w:name="Text12"/>
                <w:r>
                  <w:rPr>
                    <w:rFonts w:ascii="Aptos" w:hAnsi="Aptos"/>
                    <w:lang w:val="de-DE"/>
                  </w:rPr>
                  <w:instrText xml:space="preserve"> FORMTEXT </w:instrText>
                </w:r>
                <w:r>
                  <w:rPr>
                    <w:rFonts w:ascii="Aptos" w:hAnsi="Aptos"/>
                    <w:lang w:val="de-DE"/>
                  </w:rPr>
                </w:r>
                <w:r>
                  <w:rPr>
                    <w:rFonts w:ascii="Aptos" w:hAnsi="Aptos"/>
                    <w:lang w:val="de-DE"/>
                  </w:rPr>
                  <w:fldChar w:fldCharType="separate"/>
                </w:r>
                <w:r>
                  <w:rPr>
                    <w:rFonts w:ascii="Aptos" w:hAnsi="Aptos"/>
                    <w:noProof/>
                    <w:lang w:val="de-DE"/>
                  </w:rPr>
                  <w:t>Klicke oder tippe hier, um Text einzugeben</w:t>
                </w:r>
                <w:r>
                  <w:rPr>
                    <w:rFonts w:ascii="Aptos" w:hAnsi="Aptos"/>
                    <w:lang w:val="de-DE"/>
                  </w:rPr>
                  <w:fldChar w:fldCharType="end"/>
                </w:r>
              </w:p>
            </w:tc>
            <w:bookmarkEnd w:id="8" w:displacedByCustomXml="next"/>
          </w:sdtContent>
        </w:sdt>
      </w:tr>
    </w:tbl>
    <w:p w14:paraId="64AC4F47" w14:textId="77777777" w:rsidR="00711CA7" w:rsidRPr="001F5A3E" w:rsidRDefault="00711CA7">
      <w:pPr>
        <w:rPr>
          <w:rFonts w:ascii="Aptos" w:hAnsi="Aptos"/>
          <w:lang w:val="de-DE"/>
        </w:rPr>
      </w:pPr>
    </w:p>
    <w:p w14:paraId="435F9EC3" w14:textId="1C488778" w:rsidR="00992101" w:rsidRPr="001F5A3E" w:rsidRDefault="00000000">
      <w:pPr>
        <w:pStyle w:val="berschrift2"/>
        <w:rPr>
          <w:lang w:val="de-DE"/>
        </w:rPr>
      </w:pPr>
      <w:r w:rsidRPr="001F5A3E">
        <w:rPr>
          <w:rFonts w:ascii="Calibri" w:hAnsi="Calibri"/>
          <w:color w:val="1E25C9"/>
          <w:sz w:val="28"/>
          <w:lang w:val="de-DE"/>
        </w:rPr>
        <w:lastRenderedPageBreak/>
        <w:t xml:space="preserve">5. </w:t>
      </w:r>
      <w:r w:rsidR="00E565D9">
        <w:rPr>
          <w:rFonts w:ascii="Calibri" w:hAnsi="Calibri"/>
          <w:color w:val="1E25C9"/>
          <w:sz w:val="28"/>
          <w:lang w:val="de-DE"/>
        </w:rPr>
        <w:t>Bewerbungsunterlagen/</w:t>
      </w:r>
      <w:proofErr w:type="spellStart"/>
      <w:r w:rsidR="00E565D9">
        <w:rPr>
          <w:rFonts w:ascii="Calibri" w:hAnsi="Calibri"/>
          <w:color w:val="1E25C9"/>
          <w:sz w:val="28"/>
          <w:lang w:val="de-DE"/>
        </w:rPr>
        <w:t>Talenteprofil</w:t>
      </w:r>
      <w:proofErr w:type="spellEnd"/>
      <w:r>
        <w:rPr>
          <w:rFonts w:ascii="Calibri" w:hAnsi="Calibri"/>
          <w:color w:val="0066CC"/>
          <w:sz w:val="28"/>
        </w:rPr>
        <w:t>🪽</w:t>
      </w:r>
    </w:p>
    <w:p w14:paraId="465A7A7A" w14:textId="70FCEA9E" w:rsidR="00992101" w:rsidRPr="001F5A3E" w:rsidRDefault="002D16B1">
      <w:pPr>
        <w:rPr>
          <w:rFonts w:ascii="Aptos" w:hAnsi="Aptos"/>
          <w:lang w:val="de-DE"/>
        </w:rPr>
      </w:pPr>
      <w:r w:rsidRPr="001F5A3E">
        <w:rPr>
          <w:rFonts w:ascii="Aptos" w:hAnsi="Aptos"/>
          <w:lang w:val="de-DE"/>
        </w:rPr>
        <w:br/>
        <w:t xml:space="preserve">Bitte sende zusammen mit deiner </w:t>
      </w:r>
      <w:r w:rsidR="00E565D9">
        <w:rPr>
          <w:rFonts w:ascii="Aptos" w:hAnsi="Aptos"/>
          <w:lang w:val="de-DE"/>
        </w:rPr>
        <w:t>Anmeldung</w:t>
      </w:r>
      <w:r w:rsidRPr="001F5A3E">
        <w:rPr>
          <w:rFonts w:ascii="Aptos" w:hAnsi="Aptos"/>
          <w:lang w:val="de-DE"/>
        </w:rPr>
        <w:t>:</w:t>
      </w:r>
    </w:p>
    <w:p w14:paraId="181979C8" w14:textId="4C0DFF39" w:rsidR="00992101" w:rsidRPr="00C8237D" w:rsidRDefault="00000000">
      <w:pPr>
        <w:rPr>
          <w:rFonts w:ascii="Aptos" w:hAnsi="Aptos"/>
          <w:b/>
          <w:bCs/>
          <w:color w:val="1E25C9"/>
          <w:lang w:val="de-DE"/>
        </w:rPr>
      </w:pPr>
      <w:r w:rsidRPr="00C8237D">
        <w:rPr>
          <w:rFonts w:ascii="Aptos" w:hAnsi="Aptos"/>
          <w:b/>
          <w:bCs/>
          <w:color w:val="1E25C9"/>
          <w:lang w:val="de-DE"/>
        </w:rPr>
        <w:t xml:space="preserve">- Lebenslauf / Sportbiografie </w:t>
      </w:r>
    </w:p>
    <w:p w14:paraId="03E3A3E2" w14:textId="5E088AE1" w:rsidR="00811531" w:rsidRPr="001F5A3E" w:rsidRDefault="00811531">
      <w:pPr>
        <w:rPr>
          <w:rFonts w:ascii="Aptos" w:hAnsi="Aptos"/>
          <w:b/>
          <w:bCs/>
          <w:color w:val="1E25C9"/>
          <w:lang w:val="de-DE"/>
        </w:rPr>
      </w:pPr>
      <w:r w:rsidRPr="001F5A3E">
        <w:rPr>
          <w:rFonts w:ascii="Aptos" w:hAnsi="Aptos"/>
          <w:b/>
          <w:bCs/>
          <w:color w:val="1E25C9"/>
          <w:lang w:val="de-DE"/>
        </w:rPr>
        <w:t>- Persönlicher Videoclip „Warum ich das Young Wings Talent 2026 bin“</w:t>
      </w:r>
    </w:p>
    <w:p w14:paraId="5293079C" w14:textId="58E4EFB3" w:rsidR="00992101" w:rsidRPr="001F5A3E" w:rsidRDefault="001075E8">
      <w:pPr>
        <w:rPr>
          <w:rFonts w:ascii="Aptos" w:hAnsi="Aptos"/>
          <w:color w:val="D92834"/>
          <w:lang w:val="de-DE"/>
        </w:rPr>
      </w:pPr>
      <w:r w:rsidRPr="001F5A3E">
        <w:rPr>
          <w:rFonts w:ascii="Aptos" w:hAnsi="Aptos"/>
          <w:b/>
          <w:bCs/>
          <w:color w:val="D92834"/>
          <w:lang w:val="de-DE"/>
        </w:rPr>
        <w:t xml:space="preserve">&gt;&gt;  </w:t>
      </w:r>
      <w:proofErr w:type="gramStart"/>
      <w:r w:rsidRPr="001F5A3E">
        <w:rPr>
          <w:rFonts w:ascii="Aptos" w:hAnsi="Aptos"/>
          <w:b/>
          <w:bCs/>
          <w:color w:val="D92834"/>
          <w:lang w:val="de-DE"/>
        </w:rPr>
        <w:t>Lass</w:t>
      </w:r>
      <w:proofErr w:type="gramEnd"/>
      <w:r w:rsidRPr="001F5A3E">
        <w:rPr>
          <w:rFonts w:ascii="Aptos" w:hAnsi="Aptos"/>
          <w:b/>
          <w:bCs/>
          <w:color w:val="D92834"/>
          <w:lang w:val="de-DE"/>
        </w:rPr>
        <w:t xml:space="preserve"> uns einen Blick in deine Welt werfen: Wer bist du, was bewegt dich, und wofür sollen dir Flügel verliehen werden?</w:t>
      </w:r>
      <w:r w:rsidRPr="001F5A3E">
        <w:rPr>
          <w:rFonts w:ascii="Aptos" w:hAnsi="Aptos"/>
          <w:color w:val="D92834"/>
          <w:lang w:val="de-DE"/>
        </w:rPr>
        <w:t xml:space="preserve"> </w:t>
      </w:r>
      <w:r w:rsidRPr="001F5A3E">
        <w:rPr>
          <w:rFonts w:ascii="Aptos" w:hAnsi="Aptos"/>
          <w:b/>
          <w:bCs/>
          <w:color w:val="D92834"/>
          <w:lang w:val="de-DE"/>
        </w:rPr>
        <w:t>Zeig uns, wie du mit diesen Flügeln deine Träume und Ziele verwirklichen würdest.</w:t>
      </w:r>
    </w:p>
    <w:p w14:paraId="727BFD47" w14:textId="5C085CFE" w:rsidR="002D16B1" w:rsidRPr="001F5A3E" w:rsidRDefault="002D16B1">
      <w:pPr>
        <w:rPr>
          <w:rFonts w:ascii="Aptos" w:hAnsi="Aptos"/>
          <w:color w:val="081765"/>
          <w:lang w:val="de-DE"/>
        </w:rPr>
      </w:pPr>
      <w:r w:rsidRPr="001F5A3E">
        <w:rPr>
          <w:rFonts w:ascii="Aptos" w:hAnsi="Aptos"/>
          <w:lang w:val="de-DE"/>
        </w:rPr>
        <w:t>- weitere Videos und Fotos von sportlichen Leistungen  (optional)</w:t>
      </w:r>
    </w:p>
    <w:p w14:paraId="6FD2850D" w14:textId="6DFE3396" w:rsidR="006971F0" w:rsidRPr="001F5A3E" w:rsidRDefault="00000000">
      <w:pPr>
        <w:rPr>
          <w:rFonts w:ascii="Aptos" w:hAnsi="Aptos"/>
          <w:lang w:val="de-DE"/>
        </w:rPr>
      </w:pPr>
      <w:r w:rsidRPr="001F5A3E">
        <w:rPr>
          <w:rFonts w:ascii="Aptos" w:hAnsi="Aptos"/>
          <w:lang w:val="de-DE"/>
        </w:rPr>
        <w:t>- Sonstige Dokumente (z.</w:t>
      </w:r>
      <w:r w:rsidRPr="001F5A3E">
        <w:rPr>
          <w:rFonts w:ascii="Arial" w:hAnsi="Arial" w:cs="Arial"/>
          <w:lang w:val="de-DE"/>
        </w:rPr>
        <w:t> </w:t>
      </w:r>
      <w:r w:rsidRPr="001F5A3E">
        <w:rPr>
          <w:rFonts w:ascii="Aptos" w:hAnsi="Aptos"/>
          <w:lang w:val="de-DE"/>
        </w:rPr>
        <w:t>B. Empfehlungsschreiben</w:t>
      </w:r>
      <w:r w:rsidR="001075E8" w:rsidRPr="001F5A3E">
        <w:rPr>
          <w:rFonts w:ascii="Aptos" w:hAnsi="Aptos"/>
          <w:lang w:val="de-DE"/>
        </w:rPr>
        <w:t xml:space="preserve"> von Trainer:innen, Lehrer:innen</w:t>
      </w:r>
      <w:r w:rsidR="002D16B1" w:rsidRPr="001F5A3E">
        <w:rPr>
          <w:rFonts w:ascii="Aptos" w:hAnsi="Aptos"/>
          <w:lang w:val="de-DE"/>
        </w:rPr>
        <w:t>, optional)</w:t>
      </w:r>
    </w:p>
    <w:p w14:paraId="72842074" w14:textId="77777777" w:rsidR="00711CA7" w:rsidRDefault="00711CA7">
      <w:pPr>
        <w:rPr>
          <w:rFonts w:ascii="Aptos" w:hAnsi="Aptos"/>
          <w:lang w:val="de-DE"/>
        </w:rPr>
      </w:pPr>
    </w:p>
    <w:p w14:paraId="0E825016" w14:textId="2508EB43" w:rsidR="00D10810" w:rsidRPr="00D10810" w:rsidRDefault="00D10810" w:rsidP="00D10810">
      <w:pPr>
        <w:pStyle w:val="berschrift2"/>
        <w:rPr>
          <w:lang w:val="de-DE"/>
        </w:rPr>
      </w:pPr>
      <w:r>
        <w:rPr>
          <w:rFonts w:ascii="Calibri" w:hAnsi="Calibri"/>
          <w:color w:val="1E25C9"/>
          <w:sz w:val="28"/>
          <w:lang w:val="de-DE"/>
        </w:rPr>
        <w:t>6</w:t>
      </w:r>
      <w:r w:rsidRPr="001F5A3E">
        <w:rPr>
          <w:rFonts w:ascii="Calibri" w:hAnsi="Calibri"/>
          <w:color w:val="1E25C9"/>
          <w:sz w:val="28"/>
          <w:lang w:val="de-DE"/>
        </w:rPr>
        <w:t xml:space="preserve">. </w:t>
      </w:r>
      <w:r>
        <w:rPr>
          <w:rFonts w:ascii="Calibri" w:hAnsi="Calibri"/>
          <w:color w:val="1E25C9"/>
          <w:sz w:val="28"/>
          <w:lang w:val="de-DE"/>
        </w:rPr>
        <w:t>Anmeldung</w:t>
      </w:r>
      <w:r w:rsidRPr="001F5A3E">
        <w:rPr>
          <w:rFonts w:ascii="Calibri" w:hAnsi="Calibri"/>
          <w:color w:val="1E25C9"/>
          <w:sz w:val="28"/>
          <w:lang w:val="de-DE"/>
        </w:rPr>
        <w:t xml:space="preserve"> </w:t>
      </w:r>
      <w:r>
        <w:rPr>
          <w:rFonts w:ascii="Apple Color Emoji" w:hAnsi="Apple Color Emoji" w:cs="Apple Color Emoji"/>
          <w:color w:val="0066CC"/>
          <w:sz w:val="28"/>
        </w:rPr>
        <w:t>🪽</w:t>
      </w:r>
      <w:r>
        <w:rPr>
          <w:rFonts w:ascii="Apple Color Emoji" w:hAnsi="Apple Color Emoji" w:cs="Apple Color Emoji"/>
          <w:color w:val="0066CC"/>
          <w:sz w:val="28"/>
        </w:rPr>
        <w:br/>
      </w:r>
    </w:p>
    <w:p w14:paraId="15DB8DE0" w14:textId="0ACC9647" w:rsidR="00D10810" w:rsidRPr="00D10810" w:rsidRDefault="00D10810">
      <w:pPr>
        <w:rPr>
          <w:rFonts w:ascii="Aptos" w:hAnsi="Aptos"/>
          <w:color w:val="000000" w:themeColor="text1"/>
          <w:lang w:val="de-DE"/>
        </w:rPr>
      </w:pPr>
      <w:r w:rsidRPr="00D10810">
        <w:rPr>
          <w:rFonts w:ascii="Aptos" w:hAnsi="Aptos"/>
          <w:color w:val="000000" w:themeColor="text1"/>
          <w:lang w:val="de-DE"/>
        </w:rPr>
        <w:t xml:space="preserve">Wir bitten euch, eure Bewerbung bei eurer Modell- bzw. Standortleitung, einer verantwortlichen Betreuungsperson oder einer Lehrperson abzugeben. Diese leiten alle </w:t>
      </w:r>
      <w:r w:rsidRPr="00FE0412">
        <w:rPr>
          <w:rFonts w:ascii="Aptos" w:hAnsi="Aptos"/>
          <w:b/>
          <w:bCs/>
          <w:color w:val="000000" w:themeColor="text1"/>
          <w:lang w:val="de-DE"/>
        </w:rPr>
        <w:t xml:space="preserve">vollständigen </w:t>
      </w:r>
      <w:r w:rsidRPr="00D10810">
        <w:rPr>
          <w:rFonts w:ascii="Aptos" w:hAnsi="Aptos"/>
          <w:color w:val="000000" w:themeColor="text1"/>
          <w:lang w:val="de-DE"/>
        </w:rPr>
        <w:t xml:space="preserve">Bewerbungen </w:t>
      </w:r>
      <w:r>
        <w:rPr>
          <w:rFonts w:ascii="Aptos" w:hAnsi="Aptos"/>
          <w:color w:val="000000" w:themeColor="text1"/>
          <w:lang w:val="de-DE"/>
        </w:rPr>
        <w:t xml:space="preserve">(Anmeldeformular, Lebenslauf, Video etc.) </w:t>
      </w:r>
      <w:r w:rsidRPr="00D10810">
        <w:rPr>
          <w:rFonts w:ascii="Aptos" w:hAnsi="Aptos"/>
          <w:color w:val="000000" w:themeColor="text1"/>
          <w:lang w:val="de-DE"/>
        </w:rPr>
        <w:t>anschließend an den VÖN weiter.</w:t>
      </w:r>
    </w:p>
    <w:p w14:paraId="2D064906" w14:textId="77777777" w:rsidR="00995815" w:rsidRDefault="00995815">
      <w:pPr>
        <w:rPr>
          <w:rFonts w:ascii="Aptos" w:hAnsi="Aptos"/>
          <w:lang w:val="de-DE"/>
        </w:rPr>
      </w:pPr>
    </w:p>
    <w:p w14:paraId="6BDF9F53" w14:textId="77777777" w:rsidR="00995815" w:rsidRDefault="00995815">
      <w:pPr>
        <w:rPr>
          <w:rFonts w:ascii="Aptos" w:hAnsi="Aptos"/>
          <w:lang w:val="de-DE"/>
        </w:rPr>
      </w:pPr>
    </w:p>
    <w:p w14:paraId="259B9FA2" w14:textId="77777777" w:rsidR="00995815" w:rsidRDefault="00995815">
      <w:pPr>
        <w:rPr>
          <w:rFonts w:ascii="Aptos" w:hAnsi="Aptos"/>
          <w:lang w:val="de-DE"/>
        </w:rPr>
      </w:pPr>
    </w:p>
    <w:p w14:paraId="03E8F227" w14:textId="77777777" w:rsidR="00995815" w:rsidRDefault="00995815">
      <w:pPr>
        <w:rPr>
          <w:rFonts w:ascii="Aptos" w:hAnsi="Aptos"/>
          <w:lang w:val="de-DE"/>
        </w:rPr>
      </w:pPr>
    </w:p>
    <w:p w14:paraId="4D44BEE7" w14:textId="77777777" w:rsidR="00995815" w:rsidRDefault="00995815">
      <w:pPr>
        <w:rPr>
          <w:rFonts w:ascii="Aptos" w:hAnsi="Aptos"/>
          <w:lang w:val="de-DE"/>
        </w:rPr>
      </w:pPr>
    </w:p>
    <w:p w14:paraId="37C6A551" w14:textId="77777777" w:rsidR="00995815" w:rsidRDefault="00995815">
      <w:pPr>
        <w:rPr>
          <w:rFonts w:ascii="Aptos" w:hAnsi="Aptos"/>
          <w:lang w:val="de-DE"/>
        </w:rPr>
      </w:pPr>
    </w:p>
    <w:p w14:paraId="35F1BED8" w14:textId="77777777" w:rsidR="00995815" w:rsidRDefault="00995815">
      <w:pPr>
        <w:rPr>
          <w:rFonts w:ascii="Aptos" w:hAnsi="Aptos"/>
          <w:lang w:val="de-DE"/>
        </w:rPr>
      </w:pPr>
    </w:p>
    <w:p w14:paraId="79E28626" w14:textId="77777777" w:rsidR="002D16B1" w:rsidRPr="001F5A3E" w:rsidRDefault="002D16B1">
      <w:pPr>
        <w:rPr>
          <w:rFonts w:ascii="Aptos" w:hAnsi="Aptos"/>
          <w:lang w:val="de-DE"/>
        </w:rPr>
      </w:pPr>
    </w:p>
    <w:p w14:paraId="710E34F1" w14:textId="63A3230D" w:rsidR="00992101" w:rsidRPr="001F5A3E" w:rsidRDefault="00000000" w:rsidP="0080672B">
      <w:pPr>
        <w:pStyle w:val="berschrift2"/>
        <w:spacing w:line="240" w:lineRule="auto"/>
        <w:rPr>
          <w:lang w:val="de-DE"/>
        </w:rPr>
      </w:pPr>
      <w:r w:rsidRPr="001F5A3E">
        <w:rPr>
          <w:rFonts w:ascii="Calibri" w:hAnsi="Calibri"/>
          <w:color w:val="1E25C9"/>
          <w:sz w:val="28"/>
          <w:lang w:val="de-DE"/>
        </w:rPr>
        <w:lastRenderedPageBreak/>
        <w:t xml:space="preserve">6. Einverständnis &amp; Bestätigung </w:t>
      </w:r>
      <w:r>
        <w:rPr>
          <w:rFonts w:ascii="Calibri" w:hAnsi="Calibri"/>
          <w:color w:val="0066CC"/>
          <w:sz w:val="28"/>
        </w:rPr>
        <w:t>🪽</w:t>
      </w:r>
      <w:r w:rsidR="006971F0" w:rsidRPr="001F5A3E">
        <w:rPr>
          <w:rFonts w:ascii="Calibri" w:hAnsi="Calibri"/>
          <w:color w:val="0066CC"/>
          <w:sz w:val="28"/>
          <w:lang w:val="de-DE"/>
        </w:rPr>
        <w:br/>
      </w:r>
    </w:p>
    <w:p w14:paraId="25AA4519" w14:textId="3767549C" w:rsidR="00811531" w:rsidRPr="001F5A3E" w:rsidRDefault="00000000" w:rsidP="0080672B">
      <w:pPr>
        <w:spacing w:line="240" w:lineRule="auto"/>
        <w:rPr>
          <w:rFonts w:ascii="Aptos" w:hAnsi="Aptos"/>
          <w:sz w:val="18"/>
          <w:szCs w:val="18"/>
          <w:lang w:val="de-DE"/>
        </w:rPr>
      </w:pPr>
      <w:sdt>
        <w:sdtPr>
          <w:rPr>
            <w:rFonts w:ascii="Aptos" w:hAnsi="Aptos" w:cs="Segoe UI Symbol"/>
            <w:sz w:val="18"/>
            <w:szCs w:val="18"/>
            <w:lang w:val="de-DE"/>
          </w:rPr>
          <w:id w:val="-823122295"/>
          <w14:checkbox>
            <w14:checked w14:val="0"/>
            <w14:checkedState w14:val="2612" w14:font="MS Gothic"/>
            <w14:uncheckedState w14:val="2610" w14:font="MS Gothic"/>
          </w14:checkbox>
        </w:sdtPr>
        <w:sdtContent>
          <w:r w:rsidR="002F5127">
            <w:rPr>
              <w:rFonts w:ascii="MS Gothic" w:eastAsia="MS Gothic" w:hAnsi="MS Gothic" w:cs="Segoe UI Symbol" w:hint="eastAsia"/>
              <w:sz w:val="18"/>
              <w:szCs w:val="18"/>
              <w:lang w:val="de-DE"/>
            </w:rPr>
            <w:t>☐</w:t>
          </w:r>
        </w:sdtContent>
      </w:sdt>
      <w:r w:rsidR="00811531" w:rsidRPr="001F5A3E">
        <w:rPr>
          <w:rFonts w:ascii="Aptos" w:hAnsi="Aptos"/>
          <w:sz w:val="18"/>
          <w:szCs w:val="18"/>
          <w:lang w:val="de-DE"/>
        </w:rPr>
        <w:t xml:space="preserve"> </w:t>
      </w:r>
      <w:r w:rsidR="00811531" w:rsidRPr="001F5A3E">
        <w:rPr>
          <w:rStyle w:val="Fett"/>
          <w:rFonts w:ascii="Aptos" w:hAnsi="Aptos"/>
          <w:color w:val="1E25C9"/>
          <w:sz w:val="18"/>
          <w:szCs w:val="18"/>
          <w:lang w:val="de-DE"/>
        </w:rPr>
        <w:t>Richtigkeit der Angaben</w:t>
      </w:r>
      <w:r w:rsidR="00811531" w:rsidRPr="001F5A3E">
        <w:rPr>
          <w:rFonts w:ascii="Aptos" w:hAnsi="Aptos"/>
          <w:sz w:val="18"/>
          <w:szCs w:val="18"/>
          <w:lang w:val="de-DE"/>
        </w:rPr>
        <w:br/>
        <w:t>Ich bestätige, dass alle von mir gemachten Angaben vollständig und wahrheitsgemäß sind. Mir ist bewusst, dass falsche Angaben zum Ausschluss vom Bewerbungsverfahren oder zur Aberkennung des Preises führen können.</w:t>
      </w:r>
    </w:p>
    <w:p w14:paraId="4F9166CD" w14:textId="3B282DAD" w:rsidR="00811531" w:rsidRPr="001F5A3E" w:rsidRDefault="00000000" w:rsidP="0080672B">
      <w:pPr>
        <w:spacing w:line="240" w:lineRule="auto"/>
        <w:rPr>
          <w:rFonts w:ascii="Aptos" w:hAnsi="Aptos"/>
          <w:sz w:val="18"/>
          <w:szCs w:val="18"/>
          <w:lang w:val="de-DE"/>
        </w:rPr>
      </w:pPr>
      <w:sdt>
        <w:sdtPr>
          <w:rPr>
            <w:rFonts w:ascii="Aptos" w:hAnsi="Aptos" w:cs="Segoe UI Symbol"/>
            <w:sz w:val="18"/>
            <w:szCs w:val="18"/>
            <w:lang w:val="de-DE"/>
          </w:rPr>
          <w:id w:val="-1036203036"/>
          <w14:checkbox>
            <w14:checked w14:val="0"/>
            <w14:checkedState w14:val="2612" w14:font="MS Gothic"/>
            <w14:uncheckedState w14:val="2610" w14:font="MS Gothic"/>
          </w14:checkbox>
        </w:sdtPr>
        <w:sdtContent>
          <w:r w:rsidR="001F5A3E">
            <w:rPr>
              <w:rFonts w:ascii="MS Gothic" w:eastAsia="MS Gothic" w:hAnsi="MS Gothic" w:cs="Segoe UI Symbol" w:hint="eastAsia"/>
              <w:sz w:val="18"/>
              <w:szCs w:val="18"/>
              <w:lang w:val="de-DE"/>
            </w:rPr>
            <w:t>☐</w:t>
          </w:r>
        </w:sdtContent>
      </w:sdt>
      <w:r w:rsidR="00811531" w:rsidRPr="001F5A3E">
        <w:rPr>
          <w:rFonts w:ascii="Aptos" w:hAnsi="Aptos"/>
          <w:sz w:val="18"/>
          <w:szCs w:val="18"/>
          <w:lang w:val="de-DE"/>
        </w:rPr>
        <w:t xml:space="preserve"> </w:t>
      </w:r>
      <w:r w:rsidR="00811531" w:rsidRPr="001F5A3E">
        <w:rPr>
          <w:rStyle w:val="Fett"/>
          <w:rFonts w:ascii="Aptos" w:hAnsi="Aptos"/>
          <w:color w:val="1E25C9"/>
          <w:sz w:val="18"/>
          <w:szCs w:val="18"/>
          <w:lang w:val="de-DE"/>
        </w:rPr>
        <w:t>Teilnahmebedingungen</w:t>
      </w:r>
      <w:r w:rsidR="00811531" w:rsidRPr="001F5A3E">
        <w:rPr>
          <w:rFonts w:ascii="Aptos" w:hAnsi="Aptos"/>
          <w:sz w:val="18"/>
          <w:szCs w:val="18"/>
          <w:lang w:val="de-DE"/>
        </w:rPr>
        <w:br/>
        <w:t>Ich habe die Teilnahmebedingungen des Talentpreises gelesen und akzeptiere diese. Mir ist bekannt, dass kein Rechtsanspruch auf eine Prämierung besteht und der Rechtsweg ausgeschlossen ist.</w:t>
      </w:r>
    </w:p>
    <w:p w14:paraId="6CCC02CD" w14:textId="3A556860" w:rsidR="00811531" w:rsidRPr="001F5A3E" w:rsidRDefault="00000000" w:rsidP="0080672B">
      <w:pPr>
        <w:spacing w:line="240" w:lineRule="auto"/>
        <w:rPr>
          <w:rFonts w:ascii="Aptos" w:hAnsi="Aptos"/>
          <w:sz w:val="18"/>
          <w:szCs w:val="18"/>
          <w:lang w:val="de-DE"/>
        </w:rPr>
      </w:pPr>
      <w:sdt>
        <w:sdtPr>
          <w:rPr>
            <w:rFonts w:ascii="Aptos" w:hAnsi="Aptos" w:cs="Segoe UI Symbol"/>
            <w:sz w:val="18"/>
            <w:szCs w:val="18"/>
            <w:lang w:val="de-DE"/>
          </w:rPr>
          <w:id w:val="-938292891"/>
          <w14:checkbox>
            <w14:checked w14:val="0"/>
            <w14:checkedState w14:val="2612" w14:font="MS Gothic"/>
            <w14:uncheckedState w14:val="2610" w14:font="MS Gothic"/>
          </w14:checkbox>
        </w:sdtPr>
        <w:sdtContent>
          <w:r w:rsidR="001F5A3E">
            <w:rPr>
              <w:rFonts w:ascii="MS Gothic" w:eastAsia="MS Gothic" w:hAnsi="MS Gothic" w:cs="Segoe UI Symbol" w:hint="eastAsia"/>
              <w:sz w:val="18"/>
              <w:szCs w:val="18"/>
              <w:lang w:val="de-DE"/>
            </w:rPr>
            <w:t>☐</w:t>
          </w:r>
        </w:sdtContent>
      </w:sdt>
      <w:r w:rsidR="00811531" w:rsidRPr="001F5A3E">
        <w:rPr>
          <w:rFonts w:ascii="Aptos" w:hAnsi="Aptos"/>
          <w:sz w:val="18"/>
          <w:szCs w:val="18"/>
          <w:lang w:val="de-DE"/>
        </w:rPr>
        <w:t xml:space="preserve"> </w:t>
      </w:r>
      <w:r w:rsidR="00811531" w:rsidRPr="001F5A3E">
        <w:rPr>
          <w:rStyle w:val="Fett"/>
          <w:rFonts w:ascii="Aptos" w:hAnsi="Aptos"/>
          <w:color w:val="1E25C9"/>
          <w:sz w:val="18"/>
          <w:szCs w:val="18"/>
          <w:lang w:val="de-DE"/>
        </w:rPr>
        <w:t>Datenschutz &amp; Datenverarbeitung</w:t>
      </w:r>
      <w:r w:rsidR="00811531" w:rsidRPr="001F5A3E">
        <w:rPr>
          <w:rFonts w:ascii="Aptos" w:hAnsi="Aptos"/>
          <w:sz w:val="18"/>
          <w:szCs w:val="18"/>
          <w:lang w:val="de-DE"/>
        </w:rPr>
        <w:br/>
        <w:t>Ich habe die Datenschutzerklärung zur Kenntnis genommen und stimme zu, dass meine personenbezogenen Daten zum Zweck der Durchführung des Bewerbungs- und Auswahlverfahrens sowie der Organisation und Abwicklung des Talentpreises verarbeitet werden.</w:t>
      </w:r>
      <w:r w:rsidR="00811531" w:rsidRPr="001F5A3E">
        <w:rPr>
          <w:rFonts w:ascii="Aptos" w:hAnsi="Aptos"/>
          <w:sz w:val="18"/>
          <w:szCs w:val="18"/>
          <w:lang w:val="de-DE"/>
        </w:rPr>
        <w:br/>
        <w:t>Mir ist bekannt, dass ich meine Einwilligung jederzeit mit Wirkung für die Zukunft widerrufen kann.</w:t>
      </w:r>
    </w:p>
    <w:p w14:paraId="6F443A21" w14:textId="501A2E4F" w:rsidR="00711CA7" w:rsidRPr="001F5A3E" w:rsidRDefault="00000000" w:rsidP="0080672B">
      <w:pPr>
        <w:spacing w:line="240" w:lineRule="auto"/>
        <w:rPr>
          <w:rFonts w:ascii="Aptos" w:hAnsi="Aptos"/>
          <w:sz w:val="18"/>
          <w:szCs w:val="18"/>
          <w:lang w:val="de-DE"/>
        </w:rPr>
      </w:pPr>
      <w:sdt>
        <w:sdtPr>
          <w:rPr>
            <w:rFonts w:ascii="Aptos" w:hAnsi="Aptos" w:cs="Segoe UI Symbol"/>
            <w:sz w:val="18"/>
            <w:szCs w:val="18"/>
            <w:lang w:val="de-DE"/>
          </w:rPr>
          <w:id w:val="-213885285"/>
          <w14:checkbox>
            <w14:checked w14:val="0"/>
            <w14:checkedState w14:val="2612" w14:font="MS Gothic"/>
            <w14:uncheckedState w14:val="2610" w14:font="MS Gothic"/>
          </w14:checkbox>
        </w:sdtPr>
        <w:sdtContent>
          <w:r w:rsidR="001F5A3E">
            <w:rPr>
              <w:rFonts w:ascii="MS Gothic" w:eastAsia="MS Gothic" w:hAnsi="MS Gothic" w:cs="Segoe UI Symbol" w:hint="eastAsia"/>
              <w:sz w:val="18"/>
              <w:szCs w:val="18"/>
              <w:lang w:val="de-DE"/>
            </w:rPr>
            <w:t>☐</w:t>
          </w:r>
        </w:sdtContent>
      </w:sdt>
      <w:r w:rsidR="00811531" w:rsidRPr="001F5A3E">
        <w:rPr>
          <w:rFonts w:ascii="Aptos" w:hAnsi="Aptos"/>
          <w:sz w:val="18"/>
          <w:szCs w:val="18"/>
          <w:lang w:val="de-DE"/>
        </w:rPr>
        <w:t xml:space="preserve"> </w:t>
      </w:r>
      <w:r w:rsidR="00811531" w:rsidRPr="001F5A3E">
        <w:rPr>
          <w:rStyle w:val="Fett"/>
          <w:rFonts w:ascii="Aptos" w:hAnsi="Aptos"/>
          <w:color w:val="1E25C9"/>
          <w:sz w:val="18"/>
          <w:szCs w:val="18"/>
          <w:lang w:val="de-DE"/>
        </w:rPr>
        <w:t>Einwilligung zur Veröffentlichung (Name, Bild, Berichterstattung)</w:t>
      </w:r>
      <w:r w:rsidR="00811531" w:rsidRPr="001F5A3E">
        <w:rPr>
          <w:rFonts w:ascii="Aptos" w:hAnsi="Aptos"/>
          <w:sz w:val="18"/>
          <w:szCs w:val="18"/>
          <w:lang w:val="de-DE"/>
        </w:rPr>
        <w:br/>
        <w:t xml:space="preserve">Ich erkläre mich damit einverstanden, dass im Falle einer Auswahl oder Prämierung mein Name, sportliche Leistungen sowie Foto- und Videoaufnahmen im Zusammenhang mit dem Talentpreis durch </w:t>
      </w:r>
      <w:r w:rsidR="009F6C3C" w:rsidRPr="001F5A3E">
        <w:rPr>
          <w:rFonts w:ascii="Aptos" w:hAnsi="Aptos"/>
          <w:sz w:val="18"/>
          <w:szCs w:val="18"/>
          <w:lang w:val="de-DE"/>
        </w:rPr>
        <w:t>den VÖN</w:t>
      </w:r>
      <w:r w:rsidR="00811531" w:rsidRPr="001F5A3E">
        <w:rPr>
          <w:rFonts w:ascii="Aptos" w:hAnsi="Aptos"/>
          <w:sz w:val="18"/>
          <w:szCs w:val="18"/>
          <w:lang w:val="de-DE"/>
        </w:rPr>
        <w:t xml:space="preserve"> für Öffentlichkeitsarbeit und Berichterstattung (Website, Social Media, Presse, Print- und Online-Medien) verwendet werden dürfen.</w:t>
      </w:r>
    </w:p>
    <w:p w14:paraId="4BC39E7B" w14:textId="13C1CBDF" w:rsidR="00811531" w:rsidRPr="001F5A3E" w:rsidRDefault="00000000" w:rsidP="0080672B">
      <w:pPr>
        <w:spacing w:line="240" w:lineRule="auto"/>
        <w:rPr>
          <w:rFonts w:ascii="Aptos" w:hAnsi="Aptos"/>
          <w:sz w:val="18"/>
          <w:szCs w:val="18"/>
          <w:lang w:val="de-DE"/>
        </w:rPr>
      </w:pPr>
      <w:sdt>
        <w:sdtPr>
          <w:rPr>
            <w:rFonts w:ascii="Aptos" w:hAnsi="Aptos" w:cs="Segoe UI Symbol"/>
            <w:sz w:val="18"/>
            <w:szCs w:val="18"/>
            <w:lang w:val="de-DE"/>
          </w:rPr>
          <w:id w:val="1586263485"/>
          <w14:checkbox>
            <w14:checked w14:val="0"/>
            <w14:checkedState w14:val="2612" w14:font="MS Gothic"/>
            <w14:uncheckedState w14:val="2610" w14:font="MS Gothic"/>
          </w14:checkbox>
        </w:sdtPr>
        <w:sdtContent>
          <w:r w:rsidR="001F5A3E">
            <w:rPr>
              <w:rFonts w:ascii="MS Gothic" w:eastAsia="MS Gothic" w:hAnsi="MS Gothic" w:cs="Segoe UI Symbol" w:hint="eastAsia"/>
              <w:sz w:val="18"/>
              <w:szCs w:val="18"/>
              <w:lang w:val="de-DE"/>
            </w:rPr>
            <w:t>☐</w:t>
          </w:r>
        </w:sdtContent>
      </w:sdt>
      <w:r w:rsidR="00811531" w:rsidRPr="001F5A3E">
        <w:rPr>
          <w:rFonts w:ascii="Aptos" w:hAnsi="Aptos"/>
          <w:sz w:val="18"/>
          <w:szCs w:val="18"/>
          <w:lang w:val="de-DE"/>
        </w:rPr>
        <w:t xml:space="preserve"> </w:t>
      </w:r>
      <w:r w:rsidR="00811531" w:rsidRPr="001F5A3E">
        <w:rPr>
          <w:rStyle w:val="Fett"/>
          <w:rFonts w:ascii="Aptos" w:hAnsi="Aptos"/>
          <w:color w:val="1E25C9"/>
          <w:sz w:val="18"/>
          <w:szCs w:val="18"/>
          <w:lang w:val="de-DE"/>
        </w:rPr>
        <w:t>Kommunikation &amp; Entwicklungsberichte</w:t>
      </w:r>
      <w:r w:rsidR="00811531" w:rsidRPr="001F5A3E">
        <w:rPr>
          <w:rFonts w:ascii="Aptos" w:hAnsi="Aptos"/>
          <w:sz w:val="18"/>
          <w:szCs w:val="18"/>
          <w:lang w:val="de-DE"/>
        </w:rPr>
        <w:br/>
        <w:t>Ich erkläre mich bereit, während eines Zeitraums von bis zu 12 Monaten nach Verleihung des Talentpreises in angemessenem Umfang Einblicke in meine sportliche und persönliche Entwicklung sowie die Verwendung des Förderpreises zu geben und diese Informationen für Kommunikationszwecke des Talentpreises zur Verfügung zu stellen. Umfang und Form erfolgen in gegenseitiger Abstimmung.</w:t>
      </w:r>
    </w:p>
    <w:p w14:paraId="6662B6B8" w14:textId="5FA7CD4B" w:rsidR="0035431B" w:rsidRPr="001F5A3E" w:rsidRDefault="00000000" w:rsidP="0080672B">
      <w:pPr>
        <w:spacing w:line="240" w:lineRule="auto"/>
        <w:rPr>
          <w:rFonts w:ascii="Aptos" w:hAnsi="Aptos"/>
          <w:sz w:val="18"/>
          <w:szCs w:val="18"/>
          <w:lang w:val="de-DE"/>
        </w:rPr>
      </w:pPr>
      <w:sdt>
        <w:sdtPr>
          <w:rPr>
            <w:rFonts w:ascii="Aptos" w:hAnsi="Aptos" w:cs="Segoe UI Symbol"/>
            <w:sz w:val="18"/>
            <w:szCs w:val="18"/>
            <w:lang w:val="de-DE"/>
          </w:rPr>
          <w:id w:val="1865012904"/>
          <w14:checkbox>
            <w14:checked w14:val="0"/>
            <w14:checkedState w14:val="2612" w14:font="MS Gothic"/>
            <w14:uncheckedState w14:val="2610" w14:font="MS Gothic"/>
          </w14:checkbox>
        </w:sdtPr>
        <w:sdtContent>
          <w:r w:rsidR="001F5A3E">
            <w:rPr>
              <w:rFonts w:ascii="MS Gothic" w:eastAsia="MS Gothic" w:hAnsi="MS Gothic" w:cs="Segoe UI Symbol" w:hint="eastAsia"/>
              <w:sz w:val="18"/>
              <w:szCs w:val="18"/>
              <w:lang w:val="de-DE"/>
            </w:rPr>
            <w:t>☐</w:t>
          </w:r>
        </w:sdtContent>
      </w:sdt>
      <w:r w:rsidR="0035431B" w:rsidRPr="001F5A3E">
        <w:rPr>
          <w:rFonts w:ascii="Aptos" w:hAnsi="Aptos"/>
          <w:sz w:val="18"/>
          <w:szCs w:val="18"/>
          <w:lang w:val="de-DE"/>
        </w:rPr>
        <w:t xml:space="preserve"> </w:t>
      </w:r>
      <w:r w:rsidR="0035431B" w:rsidRPr="001F5A3E">
        <w:rPr>
          <w:rStyle w:val="Fett"/>
          <w:rFonts w:ascii="Aptos" w:hAnsi="Aptos"/>
          <w:color w:val="1E25C9"/>
          <w:sz w:val="18"/>
          <w:szCs w:val="18"/>
          <w:lang w:val="de-DE"/>
        </w:rPr>
        <w:t>Kenntnisnahme steuerlicher Eigenverantwortung</w:t>
      </w:r>
      <w:r w:rsidR="0035431B" w:rsidRPr="001F5A3E">
        <w:rPr>
          <w:rFonts w:ascii="Aptos" w:hAnsi="Aptos"/>
          <w:sz w:val="18"/>
          <w:szCs w:val="18"/>
          <w:lang w:val="de-DE"/>
        </w:rPr>
        <w:br/>
        <w:t>Mir ist bekannt, dass ich selbst für eine etwaige steuerliche Behandlung des Preisgeldes oder der Förderleistung verantwortlich bin.</w:t>
      </w:r>
    </w:p>
    <w:p w14:paraId="31244792" w14:textId="6A643BF3" w:rsidR="0035431B" w:rsidRPr="009F6C3C" w:rsidRDefault="00000000" w:rsidP="0080672B">
      <w:pPr>
        <w:pStyle w:val="StandardWeb"/>
        <w:rPr>
          <w:rFonts w:ascii="Aptos" w:hAnsi="Aptos"/>
          <w:sz w:val="18"/>
          <w:szCs w:val="18"/>
        </w:rPr>
      </w:pPr>
      <w:sdt>
        <w:sdtPr>
          <w:rPr>
            <w:rFonts w:ascii="Aptos" w:hAnsi="Aptos" w:cs="Segoe UI Symbol"/>
            <w:sz w:val="18"/>
            <w:szCs w:val="18"/>
          </w:rPr>
          <w:id w:val="-1744554370"/>
          <w14:checkbox>
            <w14:checked w14:val="0"/>
            <w14:checkedState w14:val="2612" w14:font="MS Gothic"/>
            <w14:uncheckedState w14:val="2610" w14:font="MS Gothic"/>
          </w14:checkbox>
        </w:sdtPr>
        <w:sdtContent>
          <w:r w:rsidR="001F5A3E">
            <w:rPr>
              <w:rFonts w:ascii="MS Gothic" w:eastAsia="MS Gothic" w:hAnsi="MS Gothic" w:cs="Segoe UI Symbol" w:hint="eastAsia"/>
              <w:sz w:val="18"/>
              <w:szCs w:val="18"/>
            </w:rPr>
            <w:t>☐</w:t>
          </w:r>
        </w:sdtContent>
      </w:sdt>
      <w:r w:rsidR="00811531" w:rsidRPr="009F6C3C">
        <w:rPr>
          <w:rFonts w:ascii="Aptos" w:hAnsi="Aptos"/>
          <w:sz w:val="18"/>
          <w:szCs w:val="18"/>
        </w:rPr>
        <w:t xml:space="preserve"> </w:t>
      </w:r>
      <w:r w:rsidR="00811531" w:rsidRPr="009F6C3C">
        <w:rPr>
          <w:rStyle w:val="Fett"/>
          <w:rFonts w:ascii="Aptos" w:hAnsi="Aptos"/>
          <w:color w:val="1E25C9"/>
          <w:sz w:val="18"/>
          <w:szCs w:val="18"/>
        </w:rPr>
        <w:t>Mindestalter / Zustimmung Erziehungsberechtigte</w:t>
      </w:r>
      <w:r w:rsidR="00811531" w:rsidRPr="009F6C3C">
        <w:rPr>
          <w:rFonts w:ascii="Aptos" w:hAnsi="Aptos"/>
          <w:sz w:val="18"/>
          <w:szCs w:val="18"/>
        </w:rPr>
        <w:br/>
        <w:t>Ich bestätige, dass ich mindestens 16 Jahre alt bin.</w:t>
      </w:r>
      <w:r w:rsidR="00811531" w:rsidRPr="009F6C3C">
        <w:rPr>
          <w:rFonts w:ascii="Aptos" w:hAnsi="Aptos"/>
          <w:sz w:val="18"/>
          <w:szCs w:val="18"/>
        </w:rPr>
        <w:br/>
        <w:t>Bei Teilnehmer:innen unter 18 Jahren erfolgt die Bewerbung mit Zustimmung einer erziehungsberechtigten Person.</w:t>
      </w:r>
    </w:p>
    <w:p w14:paraId="29B262C6" w14:textId="77777777" w:rsidR="009F6C3C" w:rsidRDefault="009F6C3C" w:rsidP="0080672B">
      <w:pPr>
        <w:pStyle w:val="StandardWeb"/>
        <w:rPr>
          <w:rFonts w:ascii="Aptos" w:hAnsi="Aptos"/>
          <w:sz w:val="20"/>
          <w:szCs w:val="20"/>
        </w:rPr>
      </w:pPr>
    </w:p>
    <w:p w14:paraId="7246BD53" w14:textId="59338CEE" w:rsidR="0035431B" w:rsidRDefault="0062096D" w:rsidP="0080672B">
      <w:pPr>
        <w:pStyle w:val="StandardWeb"/>
        <w:rPr>
          <w:rFonts w:ascii="Aptos" w:hAnsi="Aptos"/>
          <w:sz w:val="20"/>
          <w:szCs w:val="20"/>
        </w:rPr>
      </w:pPr>
      <w:r>
        <w:rPr>
          <w:rFonts w:ascii="Aptos" w:hAnsi="Aptos"/>
          <w:sz w:val="20"/>
          <w:szCs w:val="20"/>
        </w:rPr>
        <w:t>Unterschrift</w:t>
      </w:r>
      <w:r w:rsidR="0035431B">
        <w:rPr>
          <w:rFonts w:ascii="Aptos" w:hAnsi="Aptos"/>
          <w:sz w:val="20"/>
          <w:szCs w:val="20"/>
        </w:rPr>
        <w:t xml:space="preserve"> Teilnehmer:in: _____________________________</w:t>
      </w:r>
    </w:p>
    <w:p w14:paraId="411EE492" w14:textId="77777777" w:rsidR="009F6C3C" w:rsidRDefault="009F6C3C" w:rsidP="0080672B">
      <w:pPr>
        <w:pStyle w:val="StandardWeb"/>
        <w:rPr>
          <w:rFonts w:ascii="Aptos" w:hAnsi="Aptos"/>
          <w:sz w:val="20"/>
          <w:szCs w:val="20"/>
        </w:rPr>
      </w:pPr>
    </w:p>
    <w:p w14:paraId="7651C63C" w14:textId="787BD171" w:rsidR="0035431B" w:rsidRDefault="00811531" w:rsidP="0080672B">
      <w:pPr>
        <w:pStyle w:val="StandardWeb"/>
        <w:rPr>
          <w:rFonts w:ascii="Aptos" w:hAnsi="Aptos"/>
          <w:sz w:val="20"/>
          <w:szCs w:val="20"/>
        </w:rPr>
      </w:pPr>
      <w:r w:rsidRPr="00811531">
        <w:rPr>
          <w:rFonts w:ascii="Aptos" w:hAnsi="Aptos"/>
          <w:sz w:val="20"/>
          <w:szCs w:val="20"/>
        </w:rPr>
        <w:t>Name Erziehungsberechtigte:r</w:t>
      </w:r>
      <w:r w:rsidR="0062096D">
        <w:rPr>
          <w:rFonts w:ascii="Aptos" w:hAnsi="Aptos"/>
          <w:sz w:val="20"/>
          <w:szCs w:val="20"/>
        </w:rPr>
        <w:t xml:space="preserve"> (falls erforderlich)</w:t>
      </w:r>
      <w:r w:rsidRPr="00811531">
        <w:rPr>
          <w:rFonts w:ascii="Aptos" w:hAnsi="Aptos"/>
          <w:sz w:val="20"/>
          <w:szCs w:val="20"/>
        </w:rPr>
        <w:t>: ____________________</w:t>
      </w:r>
    </w:p>
    <w:p w14:paraId="1E9ED5E1" w14:textId="50AFED13" w:rsidR="00811531" w:rsidRPr="00811531" w:rsidRDefault="00811531" w:rsidP="0080672B">
      <w:pPr>
        <w:pStyle w:val="StandardWeb"/>
        <w:rPr>
          <w:rFonts w:ascii="Aptos" w:hAnsi="Aptos"/>
          <w:sz w:val="20"/>
          <w:szCs w:val="20"/>
        </w:rPr>
      </w:pPr>
      <w:r w:rsidRPr="00811531">
        <w:rPr>
          <w:rFonts w:ascii="Aptos" w:hAnsi="Aptos"/>
          <w:sz w:val="20"/>
          <w:szCs w:val="20"/>
        </w:rPr>
        <w:t>Unterschrift (falls erforderlich): ____________________</w:t>
      </w:r>
    </w:p>
    <w:sectPr w:rsidR="00811531" w:rsidRPr="00811531" w:rsidSect="006971F0">
      <w:headerReference w:type="default" r:id="rId8"/>
      <w:footerReference w:type="default" r:id="rId9"/>
      <w:pgSz w:w="12240" w:h="15840"/>
      <w:pgMar w:top="1384" w:right="1800" w:bottom="1039"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D71F9" w14:textId="77777777" w:rsidR="00070AB2" w:rsidRDefault="00070AB2" w:rsidP="00CE5117">
      <w:pPr>
        <w:spacing w:after="0" w:line="240" w:lineRule="auto"/>
      </w:pPr>
      <w:r>
        <w:separator/>
      </w:r>
    </w:p>
  </w:endnote>
  <w:endnote w:type="continuationSeparator" w:id="0">
    <w:p w14:paraId="5A3EC36C" w14:textId="77777777" w:rsidR="00070AB2" w:rsidRDefault="00070AB2" w:rsidP="00CE5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Apple Color Emoji">
    <w:altName w:val="Calibri"/>
    <w:panose1 w:val="00000000000000000000"/>
    <w:charset w:val="00"/>
    <w:family w:val="auto"/>
    <w:pitch w:val="variable"/>
    <w:sig w:usb0="00000003" w:usb1="18000000" w:usb2="14000000" w:usb3="00000000" w:csb0="0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Bierstadt Display">
    <w:panose1 w:val="020B0004020202020204"/>
    <w:charset w:val="00"/>
    <w:family w:val="swiss"/>
    <w:pitch w:val="variable"/>
    <w:sig w:usb0="80000003" w:usb1="00000001" w:usb2="00000000" w:usb3="00000000" w:csb0="00000001" w:csb1="00000000"/>
  </w:font>
  <w:font w:name="Al Bayan Plain">
    <w:altName w:val="AL BAYAN PLAIN"/>
    <w:panose1 w:val="00000000000000000000"/>
    <w:charset w:val="B2"/>
    <w:family w:val="auto"/>
    <w:pitch w:val="variable"/>
    <w:sig w:usb0="00002001" w:usb1="0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CDB2F" w14:textId="5A469DD5" w:rsidR="00CE5117" w:rsidRDefault="00D01D62">
    <w:pPr>
      <w:pStyle w:val="Fuzeile"/>
    </w:pPr>
    <w:r>
      <w:rPr>
        <w:noProof/>
      </w:rPr>
      <mc:AlternateContent>
        <mc:Choice Requires="wps">
          <w:drawing>
            <wp:anchor distT="0" distB="0" distL="114300" distR="114300" simplePos="0" relativeHeight="251659264" behindDoc="0" locked="0" layoutInCell="1" allowOverlap="1" wp14:anchorId="02E92492" wp14:editId="3554FCFE">
              <wp:simplePos x="0" y="0"/>
              <wp:positionH relativeFrom="column">
                <wp:posOffset>1182370</wp:posOffset>
              </wp:positionH>
              <wp:positionV relativeFrom="paragraph">
                <wp:posOffset>133985</wp:posOffset>
              </wp:positionV>
              <wp:extent cx="3680460" cy="792480"/>
              <wp:effectExtent l="0" t="0" r="2540" b="0"/>
              <wp:wrapNone/>
              <wp:docPr id="280797807" name="Textfeld 4"/>
              <wp:cNvGraphicFramePr/>
              <a:graphic xmlns:a="http://schemas.openxmlformats.org/drawingml/2006/main">
                <a:graphicData uri="http://schemas.microsoft.com/office/word/2010/wordprocessingShape">
                  <wps:wsp>
                    <wps:cNvSpPr txBox="1"/>
                    <wps:spPr>
                      <a:xfrm>
                        <a:off x="0" y="0"/>
                        <a:ext cx="3680460" cy="792480"/>
                      </a:xfrm>
                      <a:prstGeom prst="rect">
                        <a:avLst/>
                      </a:prstGeom>
                      <a:solidFill>
                        <a:schemeClr val="lt1"/>
                      </a:solidFill>
                      <a:ln w="6350">
                        <a:noFill/>
                      </a:ln>
                    </wps:spPr>
                    <wps:txbx>
                      <w:txbxContent>
                        <w:p w14:paraId="38AE1D18" w14:textId="0B878FD1" w:rsidR="00CE5117" w:rsidRPr="00D01D62" w:rsidRDefault="00CE5117">
                          <w:pPr>
                            <w:rPr>
                              <w:rFonts w:ascii="Bierstadt Display" w:hAnsi="Bierstadt Display" w:cs="Al Bayan Plain"/>
                              <w:sz w:val="18"/>
                              <w:szCs w:val="18"/>
                              <w:lang w:val="de-AT"/>
                            </w:rPr>
                          </w:pPr>
                          <w:r w:rsidRPr="00D01D62">
                            <w:rPr>
                              <w:rFonts w:ascii="Bierstadt Display" w:hAnsi="Bierstadt Display" w:cs="Al Bayan Plain"/>
                              <w:sz w:val="18"/>
                              <w:szCs w:val="18"/>
                              <w:lang w:val="de-AT"/>
                            </w:rPr>
                            <w:t>VÖN. Verband Österreichischer Nachwuchsleistungssportmodelle</w:t>
                          </w:r>
                          <w:r w:rsidR="00D01D62">
                            <w:rPr>
                              <w:rFonts w:ascii="Bierstadt Display" w:hAnsi="Bierstadt Display" w:cs="Al Bayan Plain"/>
                              <w:sz w:val="18"/>
                              <w:szCs w:val="18"/>
                              <w:lang w:val="de-AT"/>
                            </w:rPr>
                            <w:br/>
                          </w:r>
                          <w:r w:rsidRPr="00D01D62">
                            <w:rPr>
                              <w:rFonts w:ascii="Bierstadt Display" w:hAnsi="Bierstadt Display" w:cs="Al Bayan Plain"/>
                              <w:sz w:val="18"/>
                              <w:szCs w:val="18"/>
                              <w:lang w:val="de-AT"/>
                            </w:rPr>
                            <w:t xml:space="preserve">Hartmannweg 2    5400 Hallein-Rif </w:t>
                          </w:r>
                          <w:r w:rsidR="00D01D62">
                            <w:rPr>
                              <w:rFonts w:ascii="Bierstadt Display" w:hAnsi="Bierstadt Display" w:cs="Al Bayan Plain"/>
                              <w:sz w:val="18"/>
                              <w:szCs w:val="18"/>
                              <w:lang w:val="de-AT"/>
                            </w:rPr>
                            <w:t xml:space="preserve"> </w:t>
                          </w:r>
                          <w:r w:rsidR="00D01D62" w:rsidRPr="00D01D62">
                            <w:rPr>
                              <w:rFonts w:ascii="Bierstadt Display" w:hAnsi="Bierstadt Display" w:cs="Al Bayan Plain"/>
                              <w:sz w:val="18"/>
                              <w:szCs w:val="18"/>
                              <w:lang w:val="de-AT"/>
                            </w:rPr>
                            <w:t>+43.664.1580951</w:t>
                          </w:r>
                          <w:r w:rsidRPr="00D01D62">
                            <w:rPr>
                              <w:rFonts w:ascii="Bierstadt Display" w:hAnsi="Bierstadt Display" w:cs="Al Bayan Plain"/>
                              <w:sz w:val="18"/>
                              <w:szCs w:val="18"/>
                              <w:lang w:val="de-AT"/>
                            </w:rPr>
                            <w:br/>
                          </w:r>
                          <w:hyperlink r:id="rId1" w:history="1">
                            <w:r w:rsidR="00D01D62" w:rsidRPr="00D01D62">
                              <w:rPr>
                                <w:rStyle w:val="Hyperlink"/>
                                <w:rFonts w:ascii="Bierstadt Display" w:hAnsi="Bierstadt Display" w:cs="Al Bayan Plain"/>
                                <w:sz w:val="18"/>
                                <w:szCs w:val="18"/>
                                <w:lang w:val="de-AT"/>
                              </w:rPr>
                              <w:t>office@nachwuchsleistungssport.at</w:t>
                            </w:r>
                          </w:hyperlink>
                          <w:r w:rsidR="00D01D62" w:rsidRPr="00D01D62">
                            <w:rPr>
                              <w:rFonts w:ascii="Bierstadt Display" w:hAnsi="Bierstadt Display" w:cs="Al Bayan Plain"/>
                              <w:sz w:val="18"/>
                              <w:szCs w:val="18"/>
                              <w:lang w:val="de-AT"/>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E92492" id="_x0000_t202" coordsize="21600,21600" o:spt="202" path="m,l,21600r21600,l21600,xe">
              <v:stroke joinstyle="miter"/>
              <v:path gradientshapeok="t" o:connecttype="rect"/>
            </v:shapetype>
            <v:shape id="Textfeld 4" o:spid="_x0000_s1027" type="#_x0000_t202" style="position:absolute;margin-left:93.1pt;margin-top:10.55pt;width:289.8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" fillcolor="white [3201]" stroked="f" strokeweight=".5pt">
              <v:textbox>
                <w:txbxContent>
                  <w:p w14:paraId="38AE1D18" w14:textId="0B878FD1" w:rsidR="00CE5117" w:rsidRPr="00D01D62" w:rsidRDefault="00CE5117">
                    <w:pPr>
                      <w:rPr>
                        <w:rFonts w:ascii="Bierstadt Display" w:hAnsi="Bierstadt Display" w:cs="Al Bayan Plain"/>
                        <w:sz w:val="18"/>
                        <w:szCs w:val="18"/>
                        <w:lang w:val="de-AT"/>
                      </w:rPr>
                    </w:pPr>
                    <w:r w:rsidRPr="00D01D62">
                      <w:rPr>
                        <w:rFonts w:ascii="Bierstadt Display" w:hAnsi="Bierstadt Display" w:cs="Al Bayan Plain"/>
                        <w:sz w:val="18"/>
                        <w:szCs w:val="18"/>
                        <w:lang w:val="de-AT"/>
                      </w:rPr>
                      <w:t>VÖN. Verband Österreichischer Nachwuchsleistungssportmodelle</w:t>
                    </w:r>
                    <w:r w:rsidR="00D01D62">
                      <w:rPr>
                        <w:rFonts w:ascii="Bierstadt Display" w:hAnsi="Bierstadt Display" w:cs="Al Bayan Plain"/>
                        <w:sz w:val="18"/>
                        <w:szCs w:val="18"/>
                        <w:lang w:val="de-AT"/>
                      </w:rPr>
                      <w:br/>
                    </w:r>
                    <w:r w:rsidRPr="00D01D62">
                      <w:rPr>
                        <w:rFonts w:ascii="Bierstadt Display" w:hAnsi="Bierstadt Display" w:cs="Al Bayan Plain"/>
                        <w:sz w:val="18"/>
                        <w:szCs w:val="18"/>
                        <w:lang w:val="de-AT"/>
                      </w:rPr>
                      <w:t xml:space="preserve">Hartmannweg 2    5400 Hallein-Rif </w:t>
                    </w:r>
                    <w:r w:rsidR="00D01D62">
                      <w:rPr>
                        <w:rFonts w:ascii="Bierstadt Display" w:hAnsi="Bierstadt Display" w:cs="Al Bayan Plain"/>
                        <w:sz w:val="18"/>
                        <w:szCs w:val="18"/>
                        <w:lang w:val="de-AT"/>
                      </w:rPr>
                      <w:t xml:space="preserve"> </w:t>
                    </w:r>
                    <w:r w:rsidR="00D01D62" w:rsidRPr="00D01D62">
                      <w:rPr>
                        <w:rFonts w:ascii="Bierstadt Display" w:hAnsi="Bierstadt Display" w:cs="Al Bayan Plain"/>
                        <w:sz w:val="18"/>
                        <w:szCs w:val="18"/>
                        <w:lang w:val="de-AT"/>
                      </w:rPr>
                      <w:t>+43.664.1580951</w:t>
                    </w:r>
                    <w:r w:rsidRPr="00D01D62">
                      <w:rPr>
                        <w:rFonts w:ascii="Bierstadt Display" w:hAnsi="Bierstadt Display" w:cs="Al Bayan Plain"/>
                        <w:sz w:val="18"/>
                        <w:szCs w:val="18"/>
                        <w:lang w:val="de-AT"/>
                      </w:rPr>
                      <w:br/>
                    </w:r>
                    <w:hyperlink r:id="rId2" w:history="1">
                      <w:r w:rsidR="00D01D62" w:rsidRPr="00D01D62">
                        <w:rPr>
                          <w:rStyle w:val="Hyperlink"/>
                          <w:rFonts w:ascii="Bierstadt Display" w:hAnsi="Bierstadt Display" w:cs="Al Bayan Plain"/>
                          <w:sz w:val="18"/>
                          <w:szCs w:val="18"/>
                          <w:lang w:val="de-AT"/>
                        </w:rPr>
                        <w:t>office@nachwuchsleistungssport.at</w:t>
                      </w:r>
                    </w:hyperlink>
                    <w:r w:rsidR="00D01D62" w:rsidRPr="00D01D62">
                      <w:rPr>
                        <w:rFonts w:ascii="Bierstadt Display" w:hAnsi="Bierstadt Display" w:cs="Al Bayan Plain"/>
                        <w:sz w:val="18"/>
                        <w:szCs w:val="18"/>
                        <w:lang w:val="de-AT"/>
                      </w:rPr>
                      <w:t xml:space="preserve"> </w:t>
                    </w:r>
                  </w:p>
                </w:txbxContent>
              </v:textbox>
            </v:shape>
          </w:pict>
        </mc:Fallback>
      </mc:AlternateContent>
    </w:r>
  </w:p>
  <w:p w14:paraId="5DDA7C4C" w14:textId="4F85C796" w:rsidR="00CE5117" w:rsidRDefault="00CE5117">
    <w:pPr>
      <w:pStyle w:val="Fuzeile"/>
    </w:pPr>
    <w:r>
      <w:rPr>
        <w:noProof/>
      </w:rPr>
      <mc:AlternateContent>
        <mc:Choice Requires="wps">
          <w:drawing>
            <wp:anchor distT="0" distB="0" distL="114300" distR="114300" simplePos="0" relativeHeight="251660288" behindDoc="0" locked="0" layoutInCell="1" allowOverlap="1" wp14:anchorId="37D8FBB2" wp14:editId="3A06E2A9">
              <wp:simplePos x="0" y="0"/>
              <wp:positionH relativeFrom="column">
                <wp:posOffset>2065727</wp:posOffset>
              </wp:positionH>
              <wp:positionV relativeFrom="paragraph">
                <wp:posOffset>172720</wp:posOffset>
              </wp:positionV>
              <wp:extent cx="0" cy="123737"/>
              <wp:effectExtent l="0" t="0" r="12700" b="16510"/>
              <wp:wrapNone/>
              <wp:docPr id="1759396325" name="Gerade Verbindung 5"/>
              <wp:cNvGraphicFramePr/>
              <a:graphic xmlns:a="http://schemas.openxmlformats.org/drawingml/2006/main">
                <a:graphicData uri="http://schemas.microsoft.com/office/word/2010/wordprocessingShape">
                  <wps:wsp>
                    <wps:cNvCnPr/>
                    <wps:spPr>
                      <a:xfrm>
                        <a:off x="0" y="0"/>
                        <a:ext cx="0" cy="123737"/>
                      </a:xfrm>
                      <a:prstGeom prst="line">
                        <a:avLst/>
                      </a:prstGeom>
                    </wps:spPr>
                    <wps:style>
                      <a:lnRef idx="1">
                        <a:schemeClr val="accent4"/>
                      </a:lnRef>
                      <a:fillRef idx="0">
                        <a:schemeClr val="accent4"/>
                      </a:fillRef>
                      <a:effectRef idx="0">
                        <a:schemeClr val="accent4"/>
                      </a:effectRef>
                      <a:fontRef idx="minor">
                        <a:schemeClr val="tx1"/>
                      </a:fontRef>
                    </wps:style>
                    <wps:bodyPr/>
                  </wps:wsp>
                </a:graphicData>
              </a:graphic>
              <wp14:sizeRelV relativeFrom="margin">
                <wp14:pctHeight>0</wp14:pctHeight>
              </wp14:sizeRelV>
            </wp:anchor>
          </w:drawing>
        </mc:Choice>
        <mc:Fallback>
          <w:pict>
            <v:line w14:anchorId="5B32558C" id="Gerade Verbindung 5"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2.65pt,13.6pt" to="162.65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" strokecolor="#795d9b [3047]"/>
          </w:pict>
        </mc:Fallback>
      </mc:AlternateContent>
    </w:r>
    <w:r>
      <w:rPr>
        <w:noProof/>
      </w:rPr>
      <w:drawing>
        <wp:inline distT="0" distB="0" distL="0" distR="0" wp14:anchorId="4A07D659" wp14:editId="1A43C3A1">
          <wp:extent cx="903662" cy="468774"/>
          <wp:effectExtent l="0" t="0" r="0" b="1270"/>
          <wp:docPr id="1187182375" name="Grafik 3"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182375" name="Grafik 3" descr="Ein Bild, das Text, Schrift, Grafiken, Screenshot enthält.&#10;&#10;KI-generierte Inhalte können fehlerhaft sein."/>
                  <pic:cNvPicPr/>
                </pic:nvPicPr>
                <pic:blipFill>
                  <a:blip r:embed="rId3"/>
                  <a:stretch>
                    <a:fillRect/>
                  </a:stretch>
                </pic:blipFill>
                <pic:spPr>
                  <a:xfrm>
                    <a:off x="0" y="0"/>
                    <a:ext cx="1001765" cy="51966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FE9E6" w14:textId="77777777" w:rsidR="00070AB2" w:rsidRDefault="00070AB2" w:rsidP="00CE5117">
      <w:pPr>
        <w:spacing w:after="0" w:line="240" w:lineRule="auto"/>
      </w:pPr>
      <w:r>
        <w:separator/>
      </w:r>
    </w:p>
  </w:footnote>
  <w:footnote w:type="continuationSeparator" w:id="0">
    <w:p w14:paraId="742CB4A6" w14:textId="77777777" w:rsidR="00070AB2" w:rsidRDefault="00070AB2" w:rsidP="00CE5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EDBE0" w14:textId="51BB2425" w:rsidR="00711CA7" w:rsidRDefault="00711CA7" w:rsidP="00711CA7">
    <w:pPr>
      <w:pStyle w:val="Kopfzeile"/>
      <w:ind w:left="-993" w:right="-858"/>
    </w:pPr>
    <w:r>
      <w:rPr>
        <w:rFonts w:ascii="Calibri" w:hAnsi="Calibri"/>
        <w:b/>
        <w:noProof/>
        <w:color w:val="1E25C9"/>
        <w:sz w:val="52"/>
      </w:rPr>
      <mc:AlternateContent>
        <mc:Choice Requires="wps">
          <w:drawing>
            <wp:anchor distT="0" distB="0" distL="114300" distR="114300" simplePos="0" relativeHeight="251661312" behindDoc="0" locked="0" layoutInCell="1" allowOverlap="1" wp14:anchorId="13667D08" wp14:editId="5C1917A0">
              <wp:simplePos x="0" y="0"/>
              <wp:positionH relativeFrom="column">
                <wp:posOffset>4016229</wp:posOffset>
              </wp:positionH>
              <wp:positionV relativeFrom="paragraph">
                <wp:posOffset>-339754</wp:posOffset>
              </wp:positionV>
              <wp:extent cx="2483142" cy="1449874"/>
              <wp:effectExtent l="0" t="0" r="6350" b="0"/>
              <wp:wrapNone/>
              <wp:docPr id="1917094066" name="Textfeld 5"/>
              <wp:cNvGraphicFramePr/>
              <a:graphic xmlns:a="http://schemas.openxmlformats.org/drawingml/2006/main">
                <a:graphicData uri="http://schemas.microsoft.com/office/word/2010/wordprocessingShape">
                  <wps:wsp>
                    <wps:cNvSpPr txBox="1"/>
                    <wps:spPr>
                      <a:xfrm>
                        <a:off x="0" y="0"/>
                        <a:ext cx="2483142" cy="1449874"/>
                      </a:xfrm>
                      <a:prstGeom prst="rect">
                        <a:avLst/>
                      </a:prstGeom>
                      <a:solidFill>
                        <a:schemeClr val="lt1"/>
                      </a:solidFill>
                      <a:ln w="6350">
                        <a:noFill/>
                      </a:ln>
                    </wps:spPr>
                    <wps:txbx>
                      <w:txbxContent>
                        <w:p w14:paraId="412D8425" w14:textId="65D51E8A" w:rsidR="00711CA7" w:rsidRDefault="00711CA7">
                          <w:r>
                            <w:rPr>
                              <w:noProof/>
                            </w:rPr>
                            <w:drawing>
                              <wp:inline distT="0" distB="0" distL="0" distR="0" wp14:anchorId="3C018C78" wp14:editId="3853179F">
                                <wp:extent cx="2343164" cy="1561682"/>
                                <wp:effectExtent l="0" t="0" r="0" b="635"/>
                                <wp:docPr id="1418562322" name="Grafik 4" descr="Ein Bild, das Grafikdesign,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562322" name="Grafik 4" descr="Ein Bild, das Grafikdesign, Grafiken enthält.&#10;&#10;KI-generierte Inhalte können fehlerhaft sein."/>
                                        <pic:cNvPicPr/>
                                      </pic:nvPicPr>
                                      <pic:blipFill>
                                        <a:blip r:embed="rId1"/>
                                        <a:stretch>
                                          <a:fillRect/>
                                        </a:stretch>
                                      </pic:blipFill>
                                      <pic:spPr>
                                        <a:xfrm>
                                          <a:off x="0" y="0"/>
                                          <a:ext cx="2360139" cy="15729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667D08" id="_x0000_t202" coordsize="21600,21600" o:spt="202" path="m,l,21600r21600,l21600,xe">
              <v:stroke joinstyle="miter"/>
              <v:path gradientshapeok="t" o:connecttype="rect"/>
            </v:shapetype>
            <v:shape id="Textfeld 5" o:spid="_x0000_s1026" type="#_x0000_t202" style="position:absolute;left:0;text-align:left;margin-left:316.25pt;margin-top:-26.75pt;width:195.5pt;height:114.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" fillcolor="white [3201]" stroked="f" strokeweight=".5pt">
              <v:textbox>
                <w:txbxContent>
                  <w:p w14:paraId="412D8425" w14:textId="65D51E8A" w:rsidR="00711CA7" w:rsidRDefault="00711CA7">
                    <w:r>
                      <w:rPr>
                        <w:noProof/>
                      </w:rPr>
                      <w:drawing>
                        <wp:inline distT="0" distB="0" distL="0" distR="0" wp14:anchorId="3C018C78" wp14:editId="3853179F">
                          <wp:extent cx="2343164" cy="1561682"/>
                          <wp:effectExtent l="0" t="0" r="0" b="635"/>
                          <wp:docPr id="1418562322" name="Grafik 4" descr="Ein Bild, das Grafikdesign,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562322" name="Grafik 4" descr="Ein Bild, das Grafikdesign, Grafiken enthält.&#10;&#10;KI-generierte Inhalte können fehlerhaft sein."/>
                                  <pic:cNvPicPr/>
                                </pic:nvPicPr>
                                <pic:blipFill>
                                  <a:blip r:embed="rId2"/>
                                  <a:stretch>
                                    <a:fillRect/>
                                  </a:stretch>
                                </pic:blipFill>
                                <pic:spPr>
                                  <a:xfrm>
                                    <a:off x="0" y="0"/>
                                    <a:ext cx="2360139" cy="1572996"/>
                                  </a:xfrm>
                                  <a:prstGeom prst="rect">
                                    <a:avLst/>
                                  </a:prstGeom>
                                </pic:spPr>
                              </pic:pic>
                            </a:graphicData>
                          </a:graphic>
                        </wp:inline>
                      </w:drawing>
                    </w:r>
                  </w:p>
                </w:txbxContent>
              </v:textbox>
            </v:shape>
          </w:pict>
        </mc:Fallback>
      </mc:AlternateContent>
    </w:r>
    <w:r w:rsidRPr="00D876D4">
      <w:rPr>
        <w:rFonts w:ascii="Calibri" w:hAnsi="Calibri"/>
        <w:b/>
        <w:color w:val="1E25C9"/>
        <w:sz w:val="52"/>
      </w:rPr>
      <w:t xml:space="preserve">Giving Wings Award 2026 – </w:t>
    </w:r>
    <w:proofErr w:type="spellStart"/>
    <w:r w:rsidRPr="00D876D4">
      <w:rPr>
        <w:rFonts w:ascii="Calibri" w:hAnsi="Calibri"/>
        <w:b/>
        <w:color w:val="1E25C9"/>
        <w:sz w:val="52"/>
      </w:rPr>
      <w:t>Bewerbungsformular</w:t>
    </w:r>
    <w:proofErr w:type="spellEnd"/>
    <w:r>
      <w:rPr>
        <w:rFonts w:ascii="Calibri" w:hAnsi="Calibri"/>
        <w:b/>
        <w:color w:val="0066CC"/>
        <w:sz w:val="52"/>
      </w:rPr>
      <w:t xml:space="preserve"> </w:t>
    </w:r>
    <w:r>
      <w:rPr>
        <w:rFonts w:ascii="Apple Color Emoji" w:hAnsi="Apple Color Emoji" w:cs="Apple Color Emoji"/>
        <w:b/>
        <w:color w:val="0066CC"/>
        <w:sz w:val="52"/>
      </w:rPr>
      <w:t>🪽</w:t>
    </w:r>
    <w:r>
      <w:rPr>
        <w:rFonts w:ascii="Calibri" w:hAnsi="Calibri"/>
        <w:b/>
        <w:color w:val="0066CC"/>
        <w:sz w:val="52"/>
      </w:rPr>
      <w:t xml:space="preserve"> </w:t>
    </w:r>
    <w:r>
      <w:ptab w:relativeTo="margin" w:alignment="center" w:leader="none"/>
    </w:r>
    <w:r>
      <w:ptab w:relativeTo="margin" w:alignment="right" w:leader="none"/>
    </w:r>
    <w:r>
      <w:tab/>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abstractNum w:abstractNumId="9" w15:restartNumberingAfterBreak="0">
    <w:nsid w:val="06B91403"/>
    <w:multiLevelType w:val="hybridMultilevel"/>
    <w:tmpl w:val="B3BA5920"/>
    <w:lvl w:ilvl="0" w:tplc="ED382F8E">
      <w:start w:val="26"/>
      <w:numFmt w:val="bullet"/>
      <w:lvlText w:val=""/>
      <w:lvlJc w:val="left"/>
      <w:pPr>
        <w:ind w:left="720" w:hanging="360"/>
      </w:pPr>
      <w:rPr>
        <w:rFonts w:ascii="Symbol" w:eastAsiaTheme="minorEastAsia" w:hAnsi="Symbol" w:cstheme="minorBidi" w:hint="default"/>
        <w:sz w:val="1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72303981">
    <w:abstractNumId w:val="8"/>
  </w:num>
  <w:num w:numId="2" w16cid:durableId="460420771">
    <w:abstractNumId w:val="6"/>
  </w:num>
  <w:num w:numId="3" w16cid:durableId="232667071">
    <w:abstractNumId w:val="5"/>
  </w:num>
  <w:num w:numId="4" w16cid:durableId="1079641346">
    <w:abstractNumId w:val="4"/>
  </w:num>
  <w:num w:numId="5" w16cid:durableId="109862040">
    <w:abstractNumId w:val="7"/>
  </w:num>
  <w:num w:numId="6" w16cid:durableId="441733199">
    <w:abstractNumId w:val="3"/>
  </w:num>
  <w:num w:numId="7" w16cid:durableId="1625962696">
    <w:abstractNumId w:val="2"/>
  </w:num>
  <w:num w:numId="8" w16cid:durableId="1175535640">
    <w:abstractNumId w:val="1"/>
  </w:num>
  <w:num w:numId="9" w16cid:durableId="954869515">
    <w:abstractNumId w:val="0"/>
  </w:num>
  <w:num w:numId="10" w16cid:durableId="9807664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7"/>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0AB2"/>
    <w:rsid w:val="001075E8"/>
    <w:rsid w:val="0015074B"/>
    <w:rsid w:val="00151E84"/>
    <w:rsid w:val="001F5A3E"/>
    <w:rsid w:val="00216910"/>
    <w:rsid w:val="00257CF6"/>
    <w:rsid w:val="0029639D"/>
    <w:rsid w:val="002A3B93"/>
    <w:rsid w:val="002B1867"/>
    <w:rsid w:val="002D16B1"/>
    <w:rsid w:val="002F3ED7"/>
    <w:rsid w:val="002F5127"/>
    <w:rsid w:val="00326F90"/>
    <w:rsid w:val="0035431B"/>
    <w:rsid w:val="00364A06"/>
    <w:rsid w:val="003C343E"/>
    <w:rsid w:val="00417421"/>
    <w:rsid w:val="00456662"/>
    <w:rsid w:val="004774AA"/>
    <w:rsid w:val="00483F06"/>
    <w:rsid w:val="0061134E"/>
    <w:rsid w:val="0062096D"/>
    <w:rsid w:val="0069376C"/>
    <w:rsid w:val="006971F0"/>
    <w:rsid w:val="006F1B64"/>
    <w:rsid w:val="00706560"/>
    <w:rsid w:val="00711CA7"/>
    <w:rsid w:val="00791C75"/>
    <w:rsid w:val="0080672B"/>
    <w:rsid w:val="00811531"/>
    <w:rsid w:val="008A1B20"/>
    <w:rsid w:val="0097524D"/>
    <w:rsid w:val="00992101"/>
    <w:rsid w:val="00995815"/>
    <w:rsid w:val="009F6C3C"/>
    <w:rsid w:val="00AA1D8D"/>
    <w:rsid w:val="00AB647F"/>
    <w:rsid w:val="00AE5460"/>
    <w:rsid w:val="00B205BA"/>
    <w:rsid w:val="00B47730"/>
    <w:rsid w:val="00BD044C"/>
    <w:rsid w:val="00C8237D"/>
    <w:rsid w:val="00C96D35"/>
    <w:rsid w:val="00CB0664"/>
    <w:rsid w:val="00CE5117"/>
    <w:rsid w:val="00D01D62"/>
    <w:rsid w:val="00D10810"/>
    <w:rsid w:val="00D876D4"/>
    <w:rsid w:val="00DC2478"/>
    <w:rsid w:val="00E06FD4"/>
    <w:rsid w:val="00E21D44"/>
    <w:rsid w:val="00E565D9"/>
    <w:rsid w:val="00EA24CD"/>
    <w:rsid w:val="00F95A86"/>
    <w:rsid w:val="00FC693F"/>
    <w:rsid w:val="00FE04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A124D7"/>
  <w14:defaultImageDpi w14:val="300"/>
  <w15:docId w15:val="{5D15EF23-65A3-2441-844D-3D7AB0274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Absatz-Standardschriftart"/>
    <w:uiPriority w:val="99"/>
    <w:unhideWhenUsed/>
    <w:rsid w:val="006971F0"/>
    <w:rPr>
      <w:color w:val="0000FF" w:themeColor="hyperlink"/>
      <w:u w:val="single"/>
    </w:rPr>
  </w:style>
  <w:style w:type="character" w:styleId="NichtaufgelsteErwhnung">
    <w:name w:val="Unresolved Mention"/>
    <w:basedOn w:val="Absatz-Standardschriftart"/>
    <w:uiPriority w:val="99"/>
    <w:semiHidden/>
    <w:unhideWhenUsed/>
    <w:rsid w:val="006971F0"/>
    <w:rPr>
      <w:color w:val="605E5C"/>
      <w:shd w:val="clear" w:color="auto" w:fill="E1DFDD"/>
    </w:rPr>
  </w:style>
  <w:style w:type="paragraph" w:styleId="StandardWeb">
    <w:name w:val="Normal (Web)"/>
    <w:basedOn w:val="Standard"/>
    <w:uiPriority w:val="99"/>
    <w:semiHidden/>
    <w:unhideWhenUsed/>
    <w:rsid w:val="00811531"/>
    <w:pPr>
      <w:spacing w:before="100" w:beforeAutospacing="1" w:after="100" w:afterAutospacing="1" w:line="240" w:lineRule="auto"/>
    </w:pPr>
    <w:rPr>
      <w:rFonts w:ascii="Times New Roman" w:eastAsia="Times New Roman" w:hAnsi="Times New Roman" w:cs="Times New Roman"/>
      <w:sz w:val="24"/>
      <w:szCs w:val="24"/>
      <w:lang w:val="de-AT" w:eastAsia="de-DE"/>
    </w:rPr>
  </w:style>
  <w:style w:type="character" w:styleId="Platzhaltertext">
    <w:name w:val="Placeholder Text"/>
    <w:basedOn w:val="Absatz-Standardschriftart"/>
    <w:uiPriority w:val="99"/>
    <w:semiHidden/>
    <w:rsid w:val="00B205BA"/>
    <w:rPr>
      <w:color w:val="666666"/>
    </w:rPr>
  </w:style>
  <w:style w:type="paragraph" w:customStyle="1" w:styleId="isselectedend">
    <w:name w:val="isselectedend"/>
    <w:basedOn w:val="Standard"/>
    <w:rsid w:val="00D10810"/>
    <w:pPr>
      <w:spacing w:before="100" w:beforeAutospacing="1" w:after="100" w:afterAutospacing="1" w:line="240" w:lineRule="auto"/>
    </w:pPr>
    <w:rPr>
      <w:rFonts w:ascii="Times New Roman" w:eastAsia="Times New Roman" w:hAnsi="Times New Roman" w:cs="Times New Roman"/>
      <w:sz w:val="24"/>
      <w:szCs w:val="24"/>
      <w:lang w:val="de-AT"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office@nachwuchsleistungssport.at" TargetMode="External"/><Relationship Id="rId1" Type="http://schemas.openxmlformats.org/officeDocument/2006/relationships/hyperlink" Target="mailto:office@nachwuchsleistungssport.a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71A9574E6534C52BCA9BFC71D94A1FA"/>
        <w:category>
          <w:name w:val="Allgemein"/>
          <w:gallery w:val="placeholder"/>
        </w:category>
        <w:types>
          <w:type w:val="bbPlcHdr"/>
        </w:types>
        <w:behaviors>
          <w:behavior w:val="content"/>
        </w:behaviors>
        <w:guid w:val="{1ABE27AB-B53C-4EC9-816C-A8F37BA7DDA9}"/>
      </w:docPartPr>
      <w:docPartBody>
        <w:p w:rsidR="00E66708" w:rsidRDefault="00634179" w:rsidP="00634179">
          <w:pPr>
            <w:pStyle w:val="271A9574E6534C52BCA9BFC71D94A1FA"/>
          </w:pPr>
          <w:r w:rsidRPr="00C8237D">
            <w:rPr>
              <w:rStyle w:val="Platzhaltertext"/>
              <w:lang w:val="de-DE"/>
            </w:rPr>
            <w:t>Klicken oder tippen Sie hier, um Text einzugeben.</w:t>
          </w:r>
        </w:p>
      </w:docPartBody>
    </w:docPart>
    <w:docPart>
      <w:docPartPr>
        <w:name w:val="EA2E4BDFEB324A35B11B994925558FF2"/>
        <w:category>
          <w:name w:val="Allgemein"/>
          <w:gallery w:val="placeholder"/>
        </w:category>
        <w:types>
          <w:type w:val="bbPlcHdr"/>
        </w:types>
        <w:behaviors>
          <w:behavior w:val="content"/>
        </w:behaviors>
        <w:guid w:val="{1519B941-DC97-4A3C-B231-ED1B040E1194}"/>
      </w:docPartPr>
      <w:docPartBody>
        <w:p w:rsidR="00E66708" w:rsidRDefault="00634179" w:rsidP="00634179">
          <w:pPr>
            <w:pStyle w:val="EA2E4BDFEB324A35B11B994925558FF2"/>
          </w:pPr>
          <w:r w:rsidRPr="00C8237D">
            <w:rPr>
              <w:rStyle w:val="Platzhaltertext"/>
              <w:lang w:val="de-DE"/>
            </w:rPr>
            <w:t>Klicken oder tippen Sie hier, um Text einzugeben.</w:t>
          </w:r>
        </w:p>
      </w:docPartBody>
    </w:docPart>
    <w:docPart>
      <w:docPartPr>
        <w:name w:val="F0BA62B338084CF391088197CCFB4ABB"/>
        <w:category>
          <w:name w:val="Allgemein"/>
          <w:gallery w:val="placeholder"/>
        </w:category>
        <w:types>
          <w:type w:val="bbPlcHdr"/>
        </w:types>
        <w:behaviors>
          <w:behavior w:val="content"/>
        </w:behaviors>
        <w:guid w:val="{0E553AAF-CAAE-43C6-8B08-7137923C61E8}"/>
      </w:docPartPr>
      <w:docPartBody>
        <w:p w:rsidR="00E66708" w:rsidRDefault="00634179" w:rsidP="00634179">
          <w:pPr>
            <w:pStyle w:val="F0BA62B338084CF391088197CCFB4ABB"/>
          </w:pPr>
          <w:r w:rsidRPr="00C8237D">
            <w:rPr>
              <w:rStyle w:val="Platzhaltertext"/>
              <w:lang w:val="de-DE"/>
            </w:rPr>
            <w:t>Klicken oder tippen Sie hier, um Text einzugeben.</w:t>
          </w:r>
        </w:p>
      </w:docPartBody>
    </w:docPart>
    <w:docPart>
      <w:docPartPr>
        <w:name w:val="D5DC14D826384A18ABC12DC0477BE5BC"/>
        <w:category>
          <w:name w:val="Allgemein"/>
          <w:gallery w:val="placeholder"/>
        </w:category>
        <w:types>
          <w:type w:val="bbPlcHdr"/>
        </w:types>
        <w:behaviors>
          <w:behavior w:val="content"/>
        </w:behaviors>
        <w:guid w:val="{BE0A9FFD-676B-4BDA-9A89-90CDC6B73488}"/>
      </w:docPartPr>
      <w:docPartBody>
        <w:p w:rsidR="00E66708" w:rsidRDefault="00634179" w:rsidP="00634179">
          <w:pPr>
            <w:pStyle w:val="D5DC14D826384A18ABC12DC0477BE5BC"/>
          </w:pPr>
          <w:r w:rsidRPr="00995815">
            <w:rPr>
              <w:rStyle w:val="Platzhaltertext"/>
              <w:lang w:val="de-DE"/>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Apple Color Emoji">
    <w:altName w:val="Calibri"/>
    <w:panose1 w:val="00000000000000000000"/>
    <w:charset w:val="00"/>
    <w:family w:val="auto"/>
    <w:pitch w:val="variable"/>
    <w:sig w:usb0="00000003" w:usb1="18000000" w:usb2="14000000" w:usb3="00000000" w:csb0="0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Bierstadt Display">
    <w:panose1 w:val="020B0004020202020204"/>
    <w:charset w:val="00"/>
    <w:family w:val="swiss"/>
    <w:pitch w:val="variable"/>
    <w:sig w:usb0="80000003" w:usb1="00000001" w:usb2="00000000" w:usb3="00000000" w:csb0="00000001" w:csb1="00000000"/>
  </w:font>
  <w:font w:name="Al Bayan Plain">
    <w:altName w:val="AL BAYAN PLAIN"/>
    <w:panose1 w:val="00000000000000000000"/>
    <w:charset w:val="B2"/>
    <w:family w:val="auto"/>
    <w:pitch w:val="variable"/>
    <w:sig w:usb0="00002001" w:usb1="00000000" w:usb2="00000008" w:usb3="00000000" w:csb0="00000040"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179"/>
    <w:rsid w:val="00151E84"/>
    <w:rsid w:val="00216910"/>
    <w:rsid w:val="00634179"/>
    <w:rsid w:val="006F6C7C"/>
    <w:rsid w:val="00B73439"/>
    <w:rsid w:val="00C864F7"/>
    <w:rsid w:val="00CA2A1B"/>
    <w:rsid w:val="00E00B28"/>
    <w:rsid w:val="00E6670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34179"/>
    <w:rPr>
      <w:color w:val="666666"/>
    </w:rPr>
  </w:style>
  <w:style w:type="paragraph" w:customStyle="1" w:styleId="271A9574E6534C52BCA9BFC71D94A1FA">
    <w:name w:val="271A9574E6534C52BCA9BFC71D94A1FA"/>
    <w:rsid w:val="00634179"/>
    <w:pPr>
      <w:spacing w:after="200" w:line="276" w:lineRule="auto"/>
    </w:pPr>
    <w:rPr>
      <w:kern w:val="0"/>
      <w:sz w:val="22"/>
      <w:szCs w:val="22"/>
      <w:lang w:val="en-US" w:eastAsia="en-US"/>
      <w14:ligatures w14:val="none"/>
    </w:rPr>
  </w:style>
  <w:style w:type="paragraph" w:customStyle="1" w:styleId="EA2E4BDFEB324A35B11B994925558FF2">
    <w:name w:val="EA2E4BDFEB324A35B11B994925558FF2"/>
    <w:rsid w:val="00634179"/>
    <w:pPr>
      <w:spacing w:after="200" w:line="276" w:lineRule="auto"/>
    </w:pPr>
    <w:rPr>
      <w:kern w:val="0"/>
      <w:sz w:val="22"/>
      <w:szCs w:val="22"/>
      <w:lang w:val="en-US" w:eastAsia="en-US"/>
      <w14:ligatures w14:val="none"/>
    </w:rPr>
  </w:style>
  <w:style w:type="paragraph" w:customStyle="1" w:styleId="F0BA62B338084CF391088197CCFB4ABB">
    <w:name w:val="F0BA62B338084CF391088197CCFB4ABB"/>
    <w:rsid w:val="00634179"/>
    <w:pPr>
      <w:spacing w:after="200" w:line="276" w:lineRule="auto"/>
    </w:pPr>
    <w:rPr>
      <w:kern w:val="0"/>
      <w:sz w:val="22"/>
      <w:szCs w:val="22"/>
      <w:lang w:val="en-US" w:eastAsia="en-US"/>
      <w14:ligatures w14:val="none"/>
    </w:rPr>
  </w:style>
  <w:style w:type="paragraph" w:customStyle="1" w:styleId="D5DC14D826384A18ABC12DC0477BE5BC">
    <w:name w:val="D5DC14D826384A18ABC12DC0477BE5BC"/>
    <w:rsid w:val="00634179"/>
    <w:pPr>
      <w:spacing w:after="200" w:line="276" w:lineRule="auto"/>
    </w:pPr>
    <w:rPr>
      <w:kern w:val="0"/>
      <w:sz w:val="22"/>
      <w:szCs w:val="22"/>
      <w:lang w:val="en-US"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587</Words>
  <Characters>3702</Characters>
  <Application>Microsoft Office Word</Application>
  <DocSecurity>0</DocSecurity>
  <Lines>30</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4281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Daniela Angerbauer VÖN</cp:lastModifiedBy>
  <cp:revision>22</cp:revision>
  <cp:lastPrinted>2026-03-10T09:57:00Z</cp:lastPrinted>
  <dcterms:created xsi:type="dcterms:W3CDTF">2013-12-23T23:15:00Z</dcterms:created>
  <dcterms:modified xsi:type="dcterms:W3CDTF">2026-03-10T10:10:00Z</dcterms:modified>
  <cp:category/>
</cp:coreProperties>
</file>